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5E9C7" w14:textId="77777777" w:rsidR="00A2026E" w:rsidRDefault="003A28FF" w:rsidP="0046514B">
      <w:pPr>
        <w:spacing w:after="100"/>
        <w:jc w:val="right"/>
      </w:pPr>
      <w:r>
        <w:rPr>
          <w:b/>
        </w:rPr>
        <w:t>Załącznik nr 2A do SWZ</w:t>
      </w:r>
    </w:p>
    <w:p w14:paraId="22962C7F" w14:textId="77777777" w:rsidR="00A2026E" w:rsidRDefault="003A28FF" w:rsidP="0046514B">
      <w:pPr>
        <w:pStyle w:val="Tytu"/>
        <w:spacing w:after="100"/>
      </w:pPr>
      <w:r>
        <w:rPr>
          <w:rFonts w:cs="Aptos"/>
        </w:rPr>
        <w:t>Protokół odbioru dostawy</w:t>
      </w:r>
    </w:p>
    <w:p w14:paraId="7635B643" w14:textId="77777777" w:rsidR="00A2026E" w:rsidRPr="00F72CE2" w:rsidRDefault="003A28FF">
      <w:pPr>
        <w:spacing w:after="100"/>
        <w:rPr>
          <w:b/>
          <w:bCs/>
        </w:rPr>
      </w:pPr>
      <w:r w:rsidRPr="00F72CE2">
        <w:rPr>
          <w:b/>
          <w:bCs/>
        </w:rPr>
        <w:t>Dostawa pomocy dydaktycznych i wyposażenia w ramach projektu „Rozwijamy edukację włączającą w Gminie Kawęczyn”</w:t>
      </w:r>
    </w:p>
    <w:p w14:paraId="059E160A" w14:textId="6F8B4707" w:rsidR="00A2026E" w:rsidRDefault="003A28FF" w:rsidP="003C16CC">
      <w:pPr>
        <w:spacing w:after="100"/>
        <w:jc w:val="right"/>
      </w:pPr>
      <w:r w:rsidRPr="00F72CE2">
        <w:t xml:space="preserve">Znak postępowania: </w:t>
      </w:r>
      <w:r w:rsidR="00F72CE2" w:rsidRPr="00F72CE2">
        <w:t>ROŚ.271.49.2026</w:t>
      </w:r>
    </w:p>
    <w:p w14:paraId="1CC02E1D" w14:textId="77777777" w:rsidR="00A2026E" w:rsidRDefault="003A28FF">
      <w:pPr>
        <w:spacing w:after="100"/>
      </w:pPr>
      <w:r>
        <w:t>Protokół sporządza się na etapie realizacji umowy, odrębnie dla części i miejsca odbioru. Nie dołącza się go do oferty. W razie potrzeby powiela się tabele pozycji. Dokument odzwierciedla rzeczywisty przebieg odbioru i nie zmienia warunków umowy.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A2026E" w14:paraId="52738909" w14:textId="77777777">
        <w:trPr>
          <w:tblHeader/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5D605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Dane odbioru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E03C3B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Do wypełnienia</w:t>
            </w:r>
          </w:p>
        </w:tc>
      </w:tr>
      <w:tr w:rsidR="00A2026E" w14:paraId="3ACC8DCD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5D03CC" w14:textId="77777777" w:rsidR="00A2026E" w:rsidRDefault="003A28FF">
            <w:pPr>
              <w:spacing w:after="60" w:line="252" w:lineRule="auto"/>
            </w:pPr>
            <w:r>
              <w:t>Numer i data umowy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787AB" w14:textId="77777777" w:rsidR="00A2026E" w:rsidRDefault="00A2026E">
            <w:pPr>
              <w:spacing w:after="60" w:line="252" w:lineRule="auto"/>
            </w:pPr>
          </w:p>
        </w:tc>
      </w:tr>
      <w:tr w:rsidR="00A2026E" w14:paraId="67FAFC54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8D3C7" w14:textId="77777777" w:rsidR="00A2026E" w:rsidRDefault="003A28FF">
            <w:pPr>
              <w:spacing w:after="60" w:line="252" w:lineRule="auto"/>
            </w:pPr>
            <w:r>
              <w:t>Część zamówienia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915F1F" w14:textId="77777777" w:rsidR="00A2026E" w:rsidRDefault="00A2026E">
            <w:pPr>
              <w:spacing w:after="60" w:line="252" w:lineRule="auto"/>
            </w:pPr>
          </w:p>
        </w:tc>
      </w:tr>
      <w:tr w:rsidR="00A2026E" w14:paraId="6D32767E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AF1B14" w14:textId="77777777" w:rsidR="00A2026E" w:rsidRDefault="003A28FF">
            <w:pPr>
              <w:spacing w:after="60" w:line="252" w:lineRule="auto"/>
            </w:pPr>
            <w:r>
              <w:t>Wykonawca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E8BB5" w14:textId="77777777" w:rsidR="00A2026E" w:rsidRDefault="00A2026E">
            <w:pPr>
              <w:spacing w:after="60" w:line="252" w:lineRule="auto"/>
            </w:pPr>
          </w:p>
        </w:tc>
      </w:tr>
      <w:tr w:rsidR="00A2026E" w14:paraId="0F5550A3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8B483" w14:textId="77777777" w:rsidR="00A2026E" w:rsidRDefault="003A28FF">
            <w:pPr>
              <w:spacing w:after="60" w:line="252" w:lineRule="auto"/>
            </w:pPr>
            <w:r>
              <w:t>Szkoła i adres dostawy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1DF6E" w14:textId="77777777" w:rsidR="00A2026E" w:rsidRDefault="00A2026E">
            <w:pPr>
              <w:spacing w:after="60" w:line="252" w:lineRule="auto"/>
            </w:pPr>
          </w:p>
        </w:tc>
      </w:tr>
      <w:tr w:rsidR="00A2026E" w14:paraId="35B0F981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03303D" w14:textId="77777777" w:rsidR="00A2026E" w:rsidRDefault="003A28FF">
            <w:pPr>
              <w:spacing w:after="60" w:line="252" w:lineRule="auto"/>
            </w:pPr>
            <w:r>
              <w:t>Umowny termin wykonania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E88C0" w14:textId="77777777" w:rsidR="00A2026E" w:rsidRDefault="00A2026E">
            <w:pPr>
              <w:spacing w:after="60" w:line="252" w:lineRule="auto"/>
            </w:pPr>
          </w:p>
        </w:tc>
      </w:tr>
      <w:tr w:rsidR="00A2026E" w14:paraId="19FA736F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095D7" w14:textId="77777777" w:rsidR="00A2026E" w:rsidRDefault="003A28FF">
            <w:pPr>
              <w:spacing w:after="60" w:line="252" w:lineRule="auto"/>
            </w:pPr>
            <w:r>
              <w:t>Data zgłoszenia gotowości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6139FD" w14:textId="77777777" w:rsidR="00A2026E" w:rsidRDefault="00A2026E">
            <w:pPr>
              <w:spacing w:after="60" w:line="252" w:lineRule="auto"/>
            </w:pPr>
          </w:p>
        </w:tc>
      </w:tr>
      <w:tr w:rsidR="00A2026E" w14:paraId="227D58F5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B189B" w14:textId="77777777" w:rsidR="00A2026E" w:rsidRDefault="003A28FF">
            <w:pPr>
              <w:spacing w:after="60" w:line="252" w:lineRule="auto"/>
            </w:pPr>
            <w:r>
              <w:t>Data rozpoczęcia i zakończenia czynności odbioru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BBD62" w14:textId="77777777" w:rsidR="00A2026E" w:rsidRDefault="00A2026E">
            <w:pPr>
              <w:spacing w:after="60" w:line="252" w:lineRule="auto"/>
            </w:pPr>
          </w:p>
        </w:tc>
      </w:tr>
      <w:tr w:rsidR="00A2026E" w14:paraId="50638807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CA6840" w14:textId="77777777" w:rsidR="00A2026E" w:rsidRDefault="003A28FF">
            <w:pPr>
              <w:spacing w:after="60" w:line="252" w:lineRule="auto"/>
            </w:pPr>
            <w:r>
              <w:t>Ustalona data wykonania dostawy zgodnie z § 4 umowy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E3066" w14:textId="77777777" w:rsidR="00A2026E" w:rsidRDefault="00A2026E">
            <w:pPr>
              <w:spacing w:after="60" w:line="252" w:lineRule="auto"/>
            </w:pPr>
          </w:p>
        </w:tc>
      </w:tr>
    </w:tbl>
    <w:p w14:paraId="15665F9E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t>Osoby uczestniczące w odbiorze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A2026E" w14:paraId="57BF6226" w14:textId="77777777">
        <w:trPr>
          <w:tblHeader/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6EF988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Strona i funkcja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794AC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Imię i nazwisko</w:t>
            </w:r>
          </w:p>
        </w:tc>
      </w:tr>
      <w:tr w:rsidR="00A2026E" w14:paraId="480EF357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53993" w14:textId="77777777" w:rsidR="00A2026E" w:rsidRDefault="003A28FF" w:rsidP="0046514B">
            <w:pPr>
              <w:spacing w:after="60" w:line="252" w:lineRule="auto"/>
              <w:jc w:val="left"/>
            </w:pPr>
            <w:r>
              <w:t>Zamawiający lub upoważniony odbiorca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E9A37" w14:textId="77777777" w:rsidR="00A2026E" w:rsidRDefault="00A2026E">
            <w:pPr>
              <w:spacing w:after="60" w:line="252" w:lineRule="auto"/>
            </w:pPr>
          </w:p>
        </w:tc>
      </w:tr>
      <w:tr w:rsidR="00A2026E" w14:paraId="143EF82C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A35C4" w14:textId="77777777" w:rsidR="00A2026E" w:rsidRDefault="003A28FF" w:rsidP="0046514B">
            <w:pPr>
              <w:spacing w:after="60" w:line="252" w:lineRule="auto"/>
              <w:jc w:val="left"/>
            </w:pPr>
            <w:r>
              <w:t>Wykonawca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0D4C90" w14:textId="77777777" w:rsidR="00A2026E" w:rsidRDefault="00A2026E">
            <w:pPr>
              <w:spacing w:after="60" w:line="252" w:lineRule="auto"/>
            </w:pPr>
          </w:p>
        </w:tc>
      </w:tr>
    </w:tbl>
    <w:p w14:paraId="4EC37657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lastRenderedPageBreak/>
        <w:t>Dostarczone pozycje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5050"/>
        <w:gridCol w:w="1700"/>
        <w:gridCol w:w="1700"/>
      </w:tblGrid>
      <w:tr w:rsidR="00A2026E" w14:paraId="1A278DAC" w14:textId="77777777">
        <w:trPr>
          <w:tblHeader/>
          <w:jc w:val="center"/>
        </w:trPr>
        <w:tc>
          <w:tcPr>
            <w:tcW w:w="13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FD6F3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Pozycja OPZ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5FEF7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Produkt model i numer seryjny lub identyfikator</w:t>
            </w: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35000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Ilość wymagana</w:t>
            </w: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0FD05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Ilość odebrana</w:t>
            </w:r>
          </w:p>
        </w:tc>
      </w:tr>
      <w:tr w:rsidR="00A2026E" w14:paraId="20CBB5C9" w14:textId="77777777">
        <w:trPr>
          <w:jc w:val="center"/>
        </w:trPr>
        <w:tc>
          <w:tcPr>
            <w:tcW w:w="13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2C5B0" w14:textId="77777777" w:rsidR="00A2026E" w:rsidRDefault="00A2026E">
            <w:pPr>
              <w:spacing w:after="60" w:line="252" w:lineRule="auto"/>
            </w:pP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16F8B6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016B1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33D19" w14:textId="77777777" w:rsidR="00A2026E" w:rsidRDefault="00A2026E">
            <w:pPr>
              <w:spacing w:after="60" w:line="252" w:lineRule="auto"/>
            </w:pPr>
          </w:p>
        </w:tc>
      </w:tr>
      <w:tr w:rsidR="00A2026E" w14:paraId="461975B8" w14:textId="77777777">
        <w:trPr>
          <w:jc w:val="center"/>
        </w:trPr>
        <w:tc>
          <w:tcPr>
            <w:tcW w:w="13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9A15B" w14:textId="77777777" w:rsidR="00A2026E" w:rsidRDefault="00A2026E">
            <w:pPr>
              <w:spacing w:after="60" w:line="252" w:lineRule="auto"/>
            </w:pP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8008E3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E1A45C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B4A99" w14:textId="77777777" w:rsidR="00A2026E" w:rsidRDefault="00A2026E">
            <w:pPr>
              <w:spacing w:after="60" w:line="252" w:lineRule="auto"/>
            </w:pPr>
          </w:p>
        </w:tc>
      </w:tr>
      <w:tr w:rsidR="00A2026E" w14:paraId="0B50C88C" w14:textId="77777777">
        <w:trPr>
          <w:jc w:val="center"/>
        </w:trPr>
        <w:tc>
          <w:tcPr>
            <w:tcW w:w="13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5FF24" w14:textId="77777777" w:rsidR="00A2026E" w:rsidRDefault="00A2026E">
            <w:pPr>
              <w:spacing w:after="60" w:line="252" w:lineRule="auto"/>
            </w:pP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D9E61E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DBECE" w14:textId="77777777" w:rsidR="00A2026E" w:rsidRDefault="00A2026E">
            <w:pPr>
              <w:spacing w:after="60" w:line="252" w:lineRule="auto"/>
            </w:pPr>
          </w:p>
        </w:tc>
        <w:tc>
          <w:tcPr>
            <w:tcW w:w="1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D9743" w14:textId="77777777" w:rsidR="00A2026E" w:rsidRDefault="00A2026E">
            <w:pPr>
              <w:spacing w:after="60" w:line="252" w:lineRule="auto"/>
            </w:pPr>
          </w:p>
        </w:tc>
      </w:tr>
    </w:tbl>
    <w:p w14:paraId="352A6938" w14:textId="77777777" w:rsidR="00A2026E" w:rsidRDefault="003A28FF">
      <w:pPr>
        <w:spacing w:after="100"/>
      </w:pPr>
      <w:r>
        <w:t>Nie wpisuje się haseł, kluczy aktywacyjnych ani innych danych uwierzytelniających. Przekazanie takich danych potwierdza się bez ujawniania ich treści.</w:t>
      </w:r>
    </w:p>
    <w:p w14:paraId="37135253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t>Sprawdzenie zakresu świadczenia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5050"/>
      </w:tblGrid>
      <w:tr w:rsidR="00A2026E" w14:paraId="1CB565E6" w14:textId="77777777">
        <w:trPr>
          <w:tblHeader/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A10D7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Sprawdzany element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50E60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Wynik i uwagi</w:t>
            </w:r>
          </w:p>
        </w:tc>
      </w:tr>
      <w:tr w:rsidR="00A2026E" w14:paraId="1B7C0529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2E70B" w14:textId="77777777" w:rsidR="00A2026E" w:rsidRDefault="003A28FF" w:rsidP="0046514B">
            <w:pPr>
              <w:spacing w:after="60" w:line="252" w:lineRule="auto"/>
              <w:jc w:val="left"/>
            </w:pPr>
            <w:r>
              <w:t>Zgodność produktu i konfiguracji z ofertą i OPZ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367D91" w14:textId="77777777" w:rsidR="00A2026E" w:rsidRDefault="00E93018">
            <w:pPr>
              <w:spacing w:after="60" w:line="252" w:lineRule="auto"/>
            </w:pPr>
            <w:sdt>
              <w:sdtPr>
                <w:id w:val="99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31DC43F0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DEB56E" w14:textId="77777777" w:rsidR="00A2026E" w:rsidRDefault="003A28FF" w:rsidP="0046514B">
            <w:pPr>
              <w:spacing w:after="60" w:line="252" w:lineRule="auto"/>
              <w:jc w:val="left"/>
            </w:pPr>
            <w:r>
              <w:t>Kompletność i stan techniczny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E33E5D" w14:textId="77777777" w:rsidR="00A2026E" w:rsidRDefault="00E93018">
            <w:pPr>
              <w:spacing w:after="60" w:line="252" w:lineRule="auto"/>
            </w:pPr>
            <w:sdt>
              <w:sdtPr>
                <w:id w:val="99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0C0EEA19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712F8" w14:textId="77777777" w:rsidR="00A2026E" w:rsidRDefault="003A28FF" w:rsidP="0046514B">
            <w:pPr>
              <w:spacing w:after="60" w:line="252" w:lineRule="auto"/>
              <w:jc w:val="left"/>
            </w:pPr>
            <w:r>
              <w:t>Wniesienie montaż instalacja i konfiguracja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0FAA8D" w14:textId="77777777" w:rsidR="00A2026E" w:rsidRDefault="00E93018">
            <w:pPr>
              <w:spacing w:after="60" w:line="252" w:lineRule="auto"/>
            </w:pPr>
            <w:sdt>
              <w:sdtPr>
                <w:id w:val="99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6883B6C6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772C3" w14:textId="77777777" w:rsidR="00A2026E" w:rsidRDefault="003A28FF" w:rsidP="0046514B">
            <w:pPr>
              <w:spacing w:after="60" w:line="252" w:lineRule="auto"/>
              <w:jc w:val="left"/>
            </w:pPr>
            <w:r>
              <w:t>Uruchomienie i wymagane próby działania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A66B9" w14:textId="77777777" w:rsidR="00A2026E" w:rsidRDefault="00E93018">
            <w:pPr>
              <w:spacing w:after="60" w:line="252" w:lineRule="auto"/>
            </w:pPr>
            <w:sdt>
              <w:sdtPr>
                <w:id w:val="99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2E2E0587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07B59B" w14:textId="77777777" w:rsidR="00A2026E" w:rsidRDefault="003A28FF" w:rsidP="0046514B">
            <w:pPr>
              <w:spacing w:after="60" w:line="252" w:lineRule="auto"/>
              <w:jc w:val="left"/>
            </w:pPr>
            <w:r>
              <w:t>Licencje okres dostępu i legalność oprogramowania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EAF75" w14:textId="77777777" w:rsidR="00A2026E" w:rsidRDefault="00E93018">
            <w:pPr>
              <w:spacing w:after="60" w:line="252" w:lineRule="auto"/>
            </w:pPr>
            <w:sdt>
              <w:sdtPr>
                <w:id w:val="99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44AB721E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6E6B5" w14:textId="77777777" w:rsidR="00A2026E" w:rsidRDefault="003A28FF" w:rsidP="0046514B">
            <w:pPr>
              <w:spacing w:after="60" w:line="252" w:lineRule="auto"/>
              <w:jc w:val="left"/>
            </w:pPr>
            <w:r>
              <w:t>Dokumenty instrukcje gwarancje i dane serwisu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D7F5A" w14:textId="77777777" w:rsidR="00A2026E" w:rsidRDefault="00E93018">
            <w:pPr>
              <w:spacing w:after="60" w:line="252" w:lineRule="auto"/>
            </w:pPr>
            <w:sdt>
              <w:sdtPr>
                <w:id w:val="99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  <w:tr w:rsidR="00A2026E" w14:paraId="75E19F33" w14:textId="77777777">
        <w:trPr>
          <w:jc w:val="center"/>
        </w:trPr>
        <w:tc>
          <w:tcPr>
            <w:tcW w:w="4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5BB40" w14:textId="77777777" w:rsidR="00A2026E" w:rsidRDefault="003A28FF" w:rsidP="0046514B">
            <w:pPr>
              <w:spacing w:after="60" w:line="252" w:lineRule="auto"/>
              <w:jc w:val="left"/>
            </w:pPr>
            <w:r>
              <w:t>Przekazanie wymaganych informacji użytkownikom</w:t>
            </w:r>
          </w:p>
        </w:tc>
        <w:tc>
          <w:tcPr>
            <w:tcW w:w="50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D2B45" w14:textId="77777777" w:rsidR="00A2026E" w:rsidRDefault="00E93018">
            <w:pPr>
              <w:spacing w:after="60" w:line="252" w:lineRule="auto"/>
            </w:pPr>
            <w:sdt>
              <w:sdtPr>
                <w:id w:val="99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zgodne  </w:t>
            </w:r>
            <w:sdt>
              <w:sdtPr>
                <w:id w:val="99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niezgodne  </w:t>
            </w:r>
            <w:sdt>
              <w:sdtPr>
                <w:id w:val="99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8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28FF">
              <w:t xml:space="preserve"> nie dotyczy</w:t>
            </w:r>
          </w:p>
        </w:tc>
      </w:tr>
    </w:tbl>
    <w:p w14:paraId="6BA56B61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t>Gwarancja i licencje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450"/>
        <w:gridCol w:w="3700"/>
      </w:tblGrid>
      <w:tr w:rsidR="00A2026E" w14:paraId="01810CC1" w14:textId="77777777">
        <w:trPr>
          <w:tblHeader/>
          <w:jc w:val="center"/>
        </w:trPr>
        <w:tc>
          <w:tcPr>
            <w:tcW w:w="2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156465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Pozycja lub grupa produktów</w:t>
            </w:r>
          </w:p>
        </w:tc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B94FC9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Minimum i wydłużenie gwarancji</w:t>
            </w:r>
          </w:p>
        </w:tc>
        <w:tc>
          <w:tcPr>
            <w:tcW w:w="3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6845E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Początek i koniec gwarancji lub okres licencji</w:t>
            </w:r>
          </w:p>
        </w:tc>
      </w:tr>
      <w:tr w:rsidR="00A2026E" w14:paraId="07370067" w14:textId="77777777">
        <w:trPr>
          <w:jc w:val="center"/>
        </w:trPr>
        <w:tc>
          <w:tcPr>
            <w:tcW w:w="2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2EC4E" w14:textId="77777777" w:rsidR="00A2026E" w:rsidRDefault="00A2026E">
            <w:pPr>
              <w:spacing w:after="60" w:line="252" w:lineRule="auto"/>
            </w:pPr>
          </w:p>
        </w:tc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C03BEA" w14:textId="77777777" w:rsidR="00A2026E" w:rsidRDefault="00A2026E">
            <w:pPr>
              <w:spacing w:after="60" w:line="252" w:lineRule="auto"/>
            </w:pPr>
          </w:p>
        </w:tc>
        <w:tc>
          <w:tcPr>
            <w:tcW w:w="3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C73B33" w14:textId="77777777" w:rsidR="00A2026E" w:rsidRDefault="00A2026E">
            <w:pPr>
              <w:spacing w:after="60" w:line="252" w:lineRule="auto"/>
            </w:pPr>
          </w:p>
        </w:tc>
      </w:tr>
      <w:tr w:rsidR="00A2026E" w14:paraId="5C029A2A" w14:textId="77777777">
        <w:trPr>
          <w:jc w:val="center"/>
        </w:trPr>
        <w:tc>
          <w:tcPr>
            <w:tcW w:w="2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71FF8" w14:textId="77777777" w:rsidR="00A2026E" w:rsidRDefault="00A2026E">
            <w:pPr>
              <w:spacing w:after="60" w:line="252" w:lineRule="auto"/>
            </w:pPr>
          </w:p>
        </w:tc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261E8" w14:textId="77777777" w:rsidR="00A2026E" w:rsidRDefault="00A2026E">
            <w:pPr>
              <w:spacing w:after="60" w:line="252" w:lineRule="auto"/>
            </w:pPr>
          </w:p>
        </w:tc>
        <w:tc>
          <w:tcPr>
            <w:tcW w:w="3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2E1F1" w14:textId="77777777" w:rsidR="00A2026E" w:rsidRDefault="00A2026E">
            <w:pPr>
              <w:spacing w:after="60" w:line="252" w:lineRule="auto"/>
            </w:pPr>
          </w:p>
        </w:tc>
      </w:tr>
    </w:tbl>
    <w:p w14:paraId="6AE11F43" w14:textId="77777777" w:rsidR="00A2026E" w:rsidRDefault="003A28FF">
      <w:pPr>
        <w:spacing w:after="100"/>
      </w:pPr>
      <w:r>
        <w:lastRenderedPageBreak/>
        <w:t>Wskazuje się okresy zgodnie z OPZ, ofertą i § 6 umowy. Okres licencji czasowej oraz wsparcia nie ulega automatycznemu wydłużeniu wskutek zaoferowanego wydłużenia gwarancji.</w:t>
      </w:r>
    </w:p>
    <w:p w14:paraId="59793DA8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t>Wady braki i ustalenia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50"/>
        <w:gridCol w:w="3150"/>
        <w:gridCol w:w="3150"/>
      </w:tblGrid>
      <w:tr w:rsidR="00A2026E" w14:paraId="7F898027" w14:textId="77777777">
        <w:trPr>
          <w:tblHeader/>
          <w:jc w:val="center"/>
        </w:trPr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3F3AAA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Pozycja i opis wady lub braku</w:t>
            </w: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BA3D0F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Wpływ na używanie i zakres nieodebrany</w:t>
            </w: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55637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Termin usunięcia i sposób potwierdzenia</w:t>
            </w:r>
          </w:p>
        </w:tc>
      </w:tr>
      <w:tr w:rsidR="00A2026E" w14:paraId="637C9A84" w14:textId="77777777">
        <w:trPr>
          <w:jc w:val="center"/>
        </w:trPr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0641E4" w14:textId="77777777" w:rsidR="00A2026E" w:rsidRDefault="00A2026E">
            <w:pPr>
              <w:spacing w:after="60" w:line="252" w:lineRule="auto"/>
            </w:pP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1AAD0E" w14:textId="77777777" w:rsidR="00A2026E" w:rsidRDefault="00A2026E">
            <w:pPr>
              <w:spacing w:after="60" w:line="252" w:lineRule="auto"/>
            </w:pP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6DDB22" w14:textId="77777777" w:rsidR="00A2026E" w:rsidRDefault="00A2026E">
            <w:pPr>
              <w:spacing w:after="60" w:line="252" w:lineRule="auto"/>
            </w:pPr>
          </w:p>
        </w:tc>
      </w:tr>
      <w:tr w:rsidR="00A2026E" w14:paraId="0B3D29A1" w14:textId="77777777">
        <w:trPr>
          <w:jc w:val="center"/>
        </w:trPr>
        <w:tc>
          <w:tcPr>
            <w:tcW w:w="34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09AD6" w14:textId="77777777" w:rsidR="00A2026E" w:rsidRDefault="00A2026E">
            <w:pPr>
              <w:spacing w:after="60" w:line="252" w:lineRule="auto"/>
            </w:pP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80D843" w14:textId="77777777" w:rsidR="00A2026E" w:rsidRDefault="00A2026E">
            <w:pPr>
              <w:spacing w:after="60" w:line="252" w:lineRule="auto"/>
            </w:pPr>
          </w:p>
        </w:tc>
        <w:tc>
          <w:tcPr>
            <w:tcW w:w="31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F557FC" w14:textId="77777777" w:rsidR="00A2026E" w:rsidRDefault="00A2026E">
            <w:pPr>
              <w:spacing w:after="60" w:line="252" w:lineRule="auto"/>
            </w:pPr>
          </w:p>
        </w:tc>
      </w:tr>
    </w:tbl>
    <w:p w14:paraId="4472B91D" w14:textId="77777777" w:rsidR="00A2026E" w:rsidRDefault="003A28FF">
      <w:pPr>
        <w:pStyle w:val="Nagwek1"/>
        <w:keepLines w:val="0"/>
        <w:spacing w:after="100"/>
      </w:pPr>
      <w:r>
        <w:rPr>
          <w:rFonts w:cs="Aptos"/>
        </w:rPr>
        <w:t>Wynik odbioru</w:t>
      </w:r>
    </w:p>
    <w:p w14:paraId="2D9384A9" w14:textId="77777777" w:rsidR="003C16CC" w:rsidRDefault="00E93018">
      <w:pPr>
        <w:spacing w:after="100"/>
      </w:pPr>
      <w:sdt>
        <w:sdtPr>
          <w:id w:val="990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8FF">
            <w:rPr>
              <w:rFonts w:ascii="MS Gothic" w:eastAsia="MS Gothic" w:hAnsi="MS Gothic" w:hint="eastAsia"/>
            </w:rPr>
            <w:t>☐</w:t>
          </w:r>
        </w:sdtContent>
      </w:sdt>
      <w:r w:rsidR="003A28FF">
        <w:t xml:space="preserve"> Odbiór bez zastrzeżeń.</w:t>
      </w:r>
    </w:p>
    <w:p w14:paraId="46BE896F" w14:textId="77777777" w:rsidR="003C16CC" w:rsidRDefault="00E93018">
      <w:pPr>
        <w:spacing w:after="100"/>
      </w:pPr>
      <w:sdt>
        <w:sdtPr>
          <w:id w:val="990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8FF">
            <w:rPr>
              <w:rFonts w:ascii="MS Gothic" w:eastAsia="MS Gothic" w:hAnsi="MS Gothic" w:hint="eastAsia"/>
            </w:rPr>
            <w:t>☐</w:t>
          </w:r>
        </w:sdtContent>
      </w:sdt>
      <w:r w:rsidR="003A28FF">
        <w:t xml:space="preserve"> Odbiór z wadami nieistotnymi wskazanymi powyżej.</w:t>
      </w:r>
    </w:p>
    <w:p w14:paraId="00346D26" w14:textId="16AB45D0" w:rsidR="00A2026E" w:rsidRDefault="00E93018">
      <w:pPr>
        <w:spacing w:after="100"/>
      </w:pPr>
      <w:sdt>
        <w:sdtPr>
          <w:id w:val="990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8FF">
            <w:rPr>
              <w:rFonts w:ascii="MS Gothic" w:eastAsia="MS Gothic" w:hAnsi="MS Gothic" w:hint="eastAsia"/>
            </w:rPr>
            <w:t>☐</w:t>
          </w:r>
        </w:sdtContent>
      </w:sdt>
      <w:r w:rsidR="003A28FF">
        <w:t xml:space="preserve"> Odmowa odbioru w zakresie wskazanym powyżej z powodu wad istotnych uniemożliwiających używanie zgodnie z umową lub braków uniemożliwiających wykonanie świadczenia. Uzasadnienie: ____________________.</w:t>
      </w:r>
    </w:p>
    <w:p w14:paraId="764BF596" w14:textId="77777777" w:rsidR="00A2026E" w:rsidRDefault="003A28FF">
      <w:pPr>
        <w:spacing w:after="100"/>
      </w:pPr>
      <w:r>
        <w:t>Wady nieistotne nie uzasadniają odmowy odbioru całej części ani wstrzymania zapłaty za prawidłowo wykonaną dostawę. Ich usunięcie następuje w terminie ustalonym zgodnie z § 4 umowy, do 7 dni roboczych. Podpisanie protokołu nie oznacza zrzeczenia się roszczeń ani zgody na zmianę produktu poza zasadami umowy.</w:t>
      </w:r>
    </w:p>
    <w:p w14:paraId="36CA5E13" w14:textId="77777777" w:rsidR="003C16CC" w:rsidRDefault="003C16CC">
      <w:pPr>
        <w:spacing w:after="100"/>
      </w:pPr>
    </w:p>
    <w:p w14:paraId="5B1970D4" w14:textId="77777777" w:rsidR="00A2026E" w:rsidRDefault="003A28FF">
      <w:pPr>
        <w:spacing w:after="100"/>
      </w:pPr>
      <w:r>
        <w:t>Dokumenty dołączone do protokołu oraz dodatkowe ustalenia: ____________________.</w:t>
      </w:r>
    </w:p>
    <w:p w14:paraId="4E9090DD" w14:textId="77777777" w:rsidR="003C16CC" w:rsidRDefault="003C16CC">
      <w:pPr>
        <w:spacing w:after="100"/>
      </w:pPr>
    </w:p>
    <w:p w14:paraId="7A0A6E79" w14:textId="77777777" w:rsidR="00A2026E" w:rsidRDefault="003A28FF">
      <w:pPr>
        <w:spacing w:after="100"/>
      </w:pPr>
      <w:r>
        <w:t>Data sporządzenia: ____________________.</w:t>
      </w:r>
    </w:p>
    <w:p w14:paraId="29570EED" w14:textId="77777777" w:rsidR="003C16CC" w:rsidRDefault="003C16CC">
      <w:pPr>
        <w:spacing w:after="100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A2026E" w14:paraId="78491384" w14:textId="77777777">
        <w:trPr>
          <w:tblHeader/>
          <w:jc w:val="center"/>
        </w:trPr>
        <w:tc>
          <w:tcPr>
            <w:tcW w:w="48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3D02A7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Zamawiający lub upoważniony odbiorca</w:t>
            </w:r>
          </w:p>
        </w:tc>
        <w:tc>
          <w:tcPr>
            <w:tcW w:w="48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BB3AF" w14:textId="77777777" w:rsidR="00A2026E" w:rsidRDefault="003A28FF">
            <w:pPr>
              <w:spacing w:after="60" w:line="252" w:lineRule="auto"/>
            </w:pPr>
            <w:r>
              <w:rPr>
                <w:b/>
              </w:rPr>
              <w:t>Wykonawca</w:t>
            </w:r>
          </w:p>
        </w:tc>
      </w:tr>
      <w:tr w:rsidR="00A2026E" w14:paraId="5A347CC2" w14:textId="77777777">
        <w:trPr>
          <w:jc w:val="center"/>
        </w:trPr>
        <w:tc>
          <w:tcPr>
            <w:tcW w:w="48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D3D74E" w14:textId="77777777" w:rsidR="003C16CC" w:rsidRDefault="003C16CC">
            <w:pPr>
              <w:spacing w:after="60" w:line="252" w:lineRule="auto"/>
            </w:pPr>
          </w:p>
          <w:p w14:paraId="6D1B7171" w14:textId="77777777" w:rsidR="003C16CC" w:rsidRDefault="003C16CC">
            <w:pPr>
              <w:spacing w:after="60" w:line="252" w:lineRule="auto"/>
            </w:pPr>
          </w:p>
          <w:p w14:paraId="73EAC394" w14:textId="77777777" w:rsidR="003C16CC" w:rsidRDefault="003C16CC">
            <w:pPr>
              <w:spacing w:after="60" w:line="252" w:lineRule="auto"/>
            </w:pPr>
          </w:p>
          <w:p w14:paraId="267EB214" w14:textId="5A832336" w:rsidR="00A2026E" w:rsidRDefault="003A28FF">
            <w:pPr>
              <w:spacing w:after="60" w:line="252" w:lineRule="auto"/>
            </w:pPr>
            <w:r>
              <w:t>Podpis: ____________________</w:t>
            </w:r>
          </w:p>
        </w:tc>
        <w:tc>
          <w:tcPr>
            <w:tcW w:w="48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9D3E1" w14:textId="77777777" w:rsidR="003C16CC" w:rsidRDefault="003C16CC">
            <w:pPr>
              <w:spacing w:after="60" w:line="252" w:lineRule="auto"/>
            </w:pPr>
          </w:p>
          <w:p w14:paraId="2A548E54" w14:textId="77777777" w:rsidR="003C16CC" w:rsidRDefault="003C16CC">
            <w:pPr>
              <w:spacing w:after="60" w:line="252" w:lineRule="auto"/>
            </w:pPr>
          </w:p>
          <w:p w14:paraId="5534829A" w14:textId="77777777" w:rsidR="003C16CC" w:rsidRDefault="003C16CC">
            <w:pPr>
              <w:spacing w:after="60" w:line="252" w:lineRule="auto"/>
            </w:pPr>
          </w:p>
          <w:p w14:paraId="65827E4F" w14:textId="08E5066F" w:rsidR="00A2026E" w:rsidRDefault="003A28FF">
            <w:pPr>
              <w:spacing w:after="60" w:line="252" w:lineRule="auto"/>
            </w:pPr>
            <w:r>
              <w:t>Podpis: ____________________</w:t>
            </w:r>
          </w:p>
        </w:tc>
      </w:tr>
    </w:tbl>
    <w:p w14:paraId="2AA2F312" w14:textId="77777777" w:rsidR="003A28FF" w:rsidRDefault="003A28FF"/>
    <w:sectPr w:rsidR="003A28FF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A0551" w14:textId="77777777" w:rsidR="00E93018" w:rsidRDefault="00E93018">
      <w:pPr>
        <w:spacing w:after="0" w:line="240" w:lineRule="auto"/>
      </w:pPr>
      <w:r>
        <w:separator/>
      </w:r>
    </w:p>
  </w:endnote>
  <w:endnote w:type="continuationSeparator" w:id="0">
    <w:p w14:paraId="2DBAA998" w14:textId="77777777" w:rsidR="00E93018" w:rsidRDefault="00E9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841B" w14:textId="77777777" w:rsidR="00A2026E" w:rsidRDefault="003A28FF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9937E" w14:textId="77777777" w:rsidR="00E93018" w:rsidRDefault="00E93018">
      <w:pPr>
        <w:spacing w:after="0" w:line="240" w:lineRule="auto"/>
      </w:pPr>
      <w:r>
        <w:separator/>
      </w:r>
    </w:p>
  </w:footnote>
  <w:footnote w:type="continuationSeparator" w:id="0">
    <w:p w14:paraId="4C57B9F3" w14:textId="77777777" w:rsidR="00E93018" w:rsidRDefault="00E93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B0A2" w14:textId="77777777" w:rsidR="00A2026E" w:rsidRDefault="003A28FF">
    <w:pPr>
      <w:spacing w:after="0"/>
      <w:jc w:val="center"/>
    </w:pPr>
    <w:r>
      <w:rPr>
        <w:noProof/>
      </w:rPr>
      <w:drawing>
        <wp:inline distT="0" distB="0" distL="0" distR="0" wp14:anchorId="3E9FF39F" wp14:editId="1951DD87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02ACC"/>
    <w:multiLevelType w:val="singleLevel"/>
    <w:tmpl w:val="081A2D6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0915298D"/>
    <w:multiLevelType w:val="singleLevel"/>
    <w:tmpl w:val="7C40FF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162F4433"/>
    <w:multiLevelType w:val="singleLevel"/>
    <w:tmpl w:val="31B0B2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18B62207"/>
    <w:multiLevelType w:val="singleLevel"/>
    <w:tmpl w:val="578E4B2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267D327F"/>
    <w:multiLevelType w:val="singleLevel"/>
    <w:tmpl w:val="D60C21D6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3CE275E8"/>
    <w:multiLevelType w:val="singleLevel"/>
    <w:tmpl w:val="4B9E4F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3DEE08CD"/>
    <w:multiLevelType w:val="singleLevel"/>
    <w:tmpl w:val="857C79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3E212883"/>
    <w:multiLevelType w:val="singleLevel"/>
    <w:tmpl w:val="E8F8317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487F7500"/>
    <w:multiLevelType w:val="singleLevel"/>
    <w:tmpl w:val="7FFEA80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4A514C76"/>
    <w:multiLevelType w:val="singleLevel"/>
    <w:tmpl w:val="FB6284C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61302C87"/>
    <w:multiLevelType w:val="singleLevel"/>
    <w:tmpl w:val="DA5A72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6DDD10A6"/>
    <w:multiLevelType w:val="singleLevel"/>
    <w:tmpl w:val="DBEA213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24230A0"/>
    <w:multiLevelType w:val="singleLevel"/>
    <w:tmpl w:val="2F206C6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5178426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31A49"/>
    <w:rsid w:val="002629B0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A28FF"/>
    <w:rsid w:val="003C16CC"/>
    <w:rsid w:val="003F3C46"/>
    <w:rsid w:val="0044702C"/>
    <w:rsid w:val="0046514B"/>
    <w:rsid w:val="0047396B"/>
    <w:rsid w:val="004946AC"/>
    <w:rsid w:val="004B4E14"/>
    <w:rsid w:val="004E5ED7"/>
    <w:rsid w:val="004F3185"/>
    <w:rsid w:val="00501C79"/>
    <w:rsid w:val="005020EC"/>
    <w:rsid w:val="00552475"/>
    <w:rsid w:val="00583B7C"/>
    <w:rsid w:val="005A5B0C"/>
    <w:rsid w:val="005F6678"/>
    <w:rsid w:val="00667485"/>
    <w:rsid w:val="006B25CF"/>
    <w:rsid w:val="006D07D2"/>
    <w:rsid w:val="00710B53"/>
    <w:rsid w:val="00761B40"/>
    <w:rsid w:val="007C0025"/>
    <w:rsid w:val="007C69AF"/>
    <w:rsid w:val="007E078D"/>
    <w:rsid w:val="00802990"/>
    <w:rsid w:val="00803901"/>
    <w:rsid w:val="00816F75"/>
    <w:rsid w:val="00844E7D"/>
    <w:rsid w:val="00860545"/>
    <w:rsid w:val="00872FF9"/>
    <w:rsid w:val="008A6A89"/>
    <w:rsid w:val="008A79C2"/>
    <w:rsid w:val="008D16AA"/>
    <w:rsid w:val="008E1765"/>
    <w:rsid w:val="008E68CC"/>
    <w:rsid w:val="00906791"/>
    <w:rsid w:val="00922B84"/>
    <w:rsid w:val="00985EBD"/>
    <w:rsid w:val="009A6AB1"/>
    <w:rsid w:val="009D3375"/>
    <w:rsid w:val="009E74CD"/>
    <w:rsid w:val="00A15AC1"/>
    <w:rsid w:val="00A1687C"/>
    <w:rsid w:val="00A2026E"/>
    <w:rsid w:val="00A272B0"/>
    <w:rsid w:val="00A43B89"/>
    <w:rsid w:val="00A524F0"/>
    <w:rsid w:val="00A52EAD"/>
    <w:rsid w:val="00A54325"/>
    <w:rsid w:val="00A650BA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E10D67"/>
    <w:rsid w:val="00E26C3F"/>
    <w:rsid w:val="00E61887"/>
    <w:rsid w:val="00E93018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2CE2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66B8A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2635</Characters>
  <Application>Microsoft Office Word</Application>
  <DocSecurity>0</DocSecurity>
  <Lines>21</Lines>
  <Paragraphs>6</Paragraphs>
  <ScaleCrop>false</ScaleCrop>
  <Manager/>
  <Company/>
  <LinksUpToDate>false</LinksUpToDate>
  <CharactersWithSpaces>3068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2026-09-10T11:16:00Z</dcterms:created>
  <dcterms:modified xsi:type="dcterms:W3CDTF">2026-09-24T10:00:00Z</dcterms:modified>
  <cp:category/>
  <dc:language/>
</cp:coreProperties>
</file>