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62AF1" w14:textId="77777777" w:rsidR="00DE73D4" w:rsidRDefault="00221728" w:rsidP="00403EBE">
      <w:pPr>
        <w:spacing w:after="100"/>
        <w:jc w:val="right"/>
        <w:rPr>
          <w:b/>
        </w:rPr>
      </w:pPr>
      <w:r>
        <w:rPr>
          <w:b/>
        </w:rPr>
        <w:t>Załącznik nr 2B do SWZ</w:t>
      </w:r>
    </w:p>
    <w:p w14:paraId="608A5350" w14:textId="77777777" w:rsidR="00DE73D4" w:rsidRDefault="00221728" w:rsidP="00403EBE">
      <w:pPr>
        <w:pStyle w:val="Tytu"/>
        <w:spacing w:after="100"/>
        <w:rPr>
          <w:rFonts w:cs="Aptos"/>
        </w:rPr>
      </w:pPr>
      <w:r>
        <w:rPr>
          <w:rFonts w:cs="Aptos"/>
        </w:rPr>
        <w:t>Oświadczenie dotyczące realizacji zobowiązania społecznego</w:t>
      </w:r>
    </w:p>
    <w:p w14:paraId="35AB1654" w14:textId="77777777" w:rsidR="00DE73D4" w:rsidRPr="005607BF" w:rsidRDefault="00221728">
      <w:pPr>
        <w:spacing w:after="100"/>
        <w:rPr>
          <w:b/>
          <w:bCs/>
        </w:rPr>
      </w:pPr>
      <w:r w:rsidRPr="005607BF">
        <w:rPr>
          <w:b/>
          <w:bCs/>
        </w:rPr>
        <w:t>Dostawa pomocy dydaktycznych i wyposażenia w ramach projektu „Rozwijamy edukację włączającą w Gminie Kawęczyn”</w:t>
      </w:r>
    </w:p>
    <w:p w14:paraId="7F846E6D" w14:textId="1B652953" w:rsidR="00DE73D4" w:rsidRPr="005607BF" w:rsidRDefault="00221728" w:rsidP="0091215B">
      <w:pPr>
        <w:spacing w:after="100"/>
        <w:jc w:val="right"/>
        <w:rPr>
          <w:b/>
          <w:bCs/>
        </w:rPr>
      </w:pPr>
      <w:r w:rsidRPr="005607BF">
        <w:rPr>
          <w:b/>
          <w:bCs/>
        </w:rPr>
        <w:t xml:space="preserve">Znak postępowania: </w:t>
      </w:r>
      <w:r w:rsidR="005607BF" w:rsidRPr="005607BF">
        <w:rPr>
          <w:b/>
          <w:bCs/>
        </w:rPr>
        <w:t>ROŚ.271.49.2026</w:t>
      </w:r>
    </w:p>
    <w:p w14:paraId="168D4A9B" w14:textId="77777777" w:rsidR="00DE73D4" w:rsidRDefault="00221728">
      <w:pPr>
        <w:spacing w:after="100"/>
      </w:pPr>
      <w:r>
        <w:t>Formularz składa Wykonawca na etapie realizacji umowy, wyłącznie dla części, dla których zadeklarował zobowiązanie społeczne w ofercie. Dokument składa się przed rozpoczęciem czynności oraz przy zastępstwie osoby. Nie służy uzyskaniu punktów ani uzupełnieniu deklaracji ofertowej.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5850"/>
      </w:tblGrid>
      <w:tr w:rsidR="00DE73D4" w14:paraId="79A0453F" w14:textId="77777777">
        <w:trPr>
          <w:tblHeader/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73CB4A" w14:textId="77777777" w:rsidR="00DE73D4" w:rsidRDefault="00221728">
            <w:pPr>
              <w:spacing w:after="60" w:line="252" w:lineRule="auto"/>
            </w:pPr>
            <w:r>
              <w:rPr>
                <w:b/>
              </w:rPr>
              <w:t>Dane umowy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4AAB74" w14:textId="77777777" w:rsidR="00DE73D4" w:rsidRDefault="00221728">
            <w:pPr>
              <w:spacing w:after="60" w:line="252" w:lineRule="auto"/>
            </w:pPr>
            <w:r>
              <w:rPr>
                <w:b/>
              </w:rPr>
              <w:t>Do wypełnienia</w:t>
            </w:r>
          </w:p>
        </w:tc>
      </w:tr>
      <w:tr w:rsidR="00DE73D4" w14:paraId="01D13FB4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D865D" w14:textId="77777777" w:rsidR="00DE73D4" w:rsidRDefault="00221728">
            <w:pPr>
              <w:spacing w:after="60" w:line="252" w:lineRule="auto"/>
            </w:pPr>
            <w:r>
              <w:t>Wykonawca nazwa adres i NIP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6856A9" w14:textId="77777777" w:rsidR="00DE73D4" w:rsidRDefault="00DE73D4">
            <w:pPr>
              <w:spacing w:after="60" w:line="252" w:lineRule="auto"/>
            </w:pPr>
          </w:p>
        </w:tc>
      </w:tr>
      <w:tr w:rsidR="00DE73D4" w14:paraId="314D44F8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85999B" w14:textId="77777777" w:rsidR="00DE73D4" w:rsidRDefault="00221728">
            <w:pPr>
              <w:spacing w:after="60" w:line="252" w:lineRule="auto"/>
            </w:pPr>
            <w:r>
              <w:t>Numer i data umowy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62B883" w14:textId="77777777" w:rsidR="00DE73D4" w:rsidRDefault="00DE73D4">
            <w:pPr>
              <w:spacing w:after="60" w:line="252" w:lineRule="auto"/>
            </w:pPr>
          </w:p>
        </w:tc>
      </w:tr>
      <w:tr w:rsidR="00DE73D4" w14:paraId="24FF559E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5BAD97" w14:textId="77777777" w:rsidR="00DE73D4" w:rsidRDefault="00221728">
            <w:pPr>
              <w:spacing w:after="60" w:line="252" w:lineRule="auto"/>
            </w:pPr>
            <w:r>
              <w:t>Części objęte zobowiązaniem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1F6F57" w14:textId="77777777" w:rsidR="00DE73D4" w:rsidRDefault="00DE73D4">
            <w:pPr>
              <w:spacing w:after="60" w:line="252" w:lineRule="auto"/>
            </w:pPr>
          </w:p>
        </w:tc>
      </w:tr>
      <w:tr w:rsidR="00DE73D4" w14:paraId="05AAB042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844F49" w14:textId="77777777" w:rsidR="00DE73D4" w:rsidRDefault="00221728">
            <w:pPr>
              <w:spacing w:after="60" w:line="252" w:lineRule="auto"/>
            </w:pPr>
            <w:r>
              <w:t>Osoba reprezentująca Wykonawcę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E288E5" w14:textId="77777777" w:rsidR="00DE73D4" w:rsidRDefault="00DE73D4">
            <w:pPr>
              <w:spacing w:after="60" w:line="252" w:lineRule="auto"/>
            </w:pPr>
          </w:p>
        </w:tc>
      </w:tr>
    </w:tbl>
    <w:p w14:paraId="00387925" w14:textId="77777777" w:rsidR="00DE73D4" w:rsidRDefault="00221728">
      <w:pPr>
        <w:pStyle w:val="Nagwek1"/>
        <w:keepLines w:val="0"/>
        <w:spacing w:after="100"/>
      </w:pPr>
      <w:r>
        <w:rPr>
          <w:rFonts w:cs="Aptos"/>
        </w:rPr>
        <w:t>Osoba skierowana do realizacji</w:t>
      </w:r>
    </w:p>
    <w:p w14:paraId="118C3784" w14:textId="77777777" w:rsidR="00DE73D4" w:rsidRDefault="00221728">
      <w:pPr>
        <w:spacing w:after="100"/>
      </w:pPr>
      <w:r>
        <w:t>Dane poniżej podaje się odrębnie dla każdej osoby. W razie udziału jednej osoby w kilku częściach wskazuje się jej rzeczywiste zadania w każdej z nich.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5850"/>
      </w:tblGrid>
      <w:tr w:rsidR="00DE73D4" w14:paraId="25A11025" w14:textId="77777777">
        <w:trPr>
          <w:tblHeader/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3A89D6" w14:textId="77777777" w:rsidR="00DE73D4" w:rsidRDefault="00221728">
            <w:pPr>
              <w:spacing w:after="60" w:line="252" w:lineRule="auto"/>
            </w:pPr>
            <w:r>
              <w:rPr>
                <w:b/>
              </w:rPr>
              <w:t>Zakres informacji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C6B882" w14:textId="77777777" w:rsidR="00DE73D4" w:rsidRDefault="00221728">
            <w:pPr>
              <w:spacing w:after="60" w:line="252" w:lineRule="auto"/>
            </w:pPr>
            <w:r>
              <w:rPr>
                <w:b/>
              </w:rPr>
              <w:t>Do wypełnienia</w:t>
            </w:r>
          </w:p>
        </w:tc>
      </w:tr>
      <w:tr w:rsidR="00DE73D4" w14:paraId="757A76A9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F528C5" w14:textId="77777777" w:rsidR="00DE73D4" w:rsidRDefault="00221728" w:rsidP="00403EBE">
            <w:pPr>
              <w:spacing w:after="60" w:line="252" w:lineRule="auto"/>
              <w:jc w:val="left"/>
            </w:pPr>
            <w:r>
              <w:t>Imię i nazwisko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29D26E" w14:textId="77777777" w:rsidR="00DE73D4" w:rsidRDefault="00DE73D4">
            <w:pPr>
              <w:spacing w:after="60" w:line="252" w:lineRule="auto"/>
            </w:pPr>
          </w:p>
        </w:tc>
      </w:tr>
      <w:tr w:rsidR="00DE73D4" w14:paraId="2DBC633B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273424" w14:textId="77777777" w:rsidR="00DE73D4" w:rsidRDefault="00221728" w:rsidP="00403EBE">
            <w:pPr>
              <w:spacing w:after="60" w:line="252" w:lineRule="auto"/>
              <w:jc w:val="left"/>
            </w:pPr>
            <w:r>
              <w:t>Pracodawca Wykonawca lub podwykonawca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0847EE" w14:textId="77777777" w:rsidR="00DE73D4" w:rsidRDefault="00DE73D4">
            <w:pPr>
              <w:spacing w:after="60" w:line="252" w:lineRule="auto"/>
            </w:pPr>
          </w:p>
        </w:tc>
      </w:tr>
      <w:tr w:rsidR="00DE73D4" w14:paraId="3E91460A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37AC3F" w14:textId="77777777" w:rsidR="00DE73D4" w:rsidRDefault="00221728" w:rsidP="00403EBE">
            <w:pPr>
              <w:spacing w:after="60" w:line="252" w:lineRule="auto"/>
              <w:jc w:val="left"/>
            </w:pPr>
            <w:r>
              <w:t>Data nawiązania stosunku pracy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D7B040" w14:textId="77777777" w:rsidR="00DE73D4" w:rsidRDefault="00DE73D4">
            <w:pPr>
              <w:spacing w:after="60" w:line="252" w:lineRule="auto"/>
            </w:pPr>
          </w:p>
        </w:tc>
      </w:tr>
      <w:tr w:rsidR="00DE73D4" w14:paraId="1635FFDB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38CFB6" w14:textId="77777777" w:rsidR="00DE73D4" w:rsidRDefault="00221728" w:rsidP="00403EBE">
            <w:pPr>
              <w:spacing w:after="60" w:line="252" w:lineRule="auto"/>
              <w:jc w:val="left"/>
            </w:pPr>
            <w:r>
              <w:t>Podstawa zatrudnienia w ramach stosunku pracy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857068" w14:textId="77777777" w:rsidR="00DE73D4" w:rsidRDefault="00DE73D4">
            <w:pPr>
              <w:spacing w:after="60" w:line="252" w:lineRule="auto"/>
            </w:pPr>
          </w:p>
        </w:tc>
      </w:tr>
      <w:tr w:rsidR="00DE73D4" w14:paraId="1B983BBC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A51F45" w14:textId="77777777" w:rsidR="00DE73D4" w:rsidRDefault="00221728" w:rsidP="00403EBE">
            <w:pPr>
              <w:spacing w:after="60" w:line="252" w:lineRule="auto"/>
              <w:jc w:val="left"/>
            </w:pPr>
            <w:r>
              <w:t>Wymiar etatu nie mniejszy niż 1/4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AD6212" w14:textId="77777777" w:rsidR="00DE73D4" w:rsidRDefault="00DE73D4">
            <w:pPr>
              <w:spacing w:after="60" w:line="252" w:lineRule="auto"/>
            </w:pPr>
          </w:p>
        </w:tc>
      </w:tr>
      <w:tr w:rsidR="00DE73D4" w14:paraId="180A0D49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38640E" w14:textId="77777777" w:rsidR="00DE73D4" w:rsidRDefault="00221728" w:rsidP="00403EBE">
            <w:pPr>
              <w:spacing w:after="60" w:line="252" w:lineRule="auto"/>
              <w:jc w:val="left"/>
            </w:pPr>
            <w:r>
              <w:t>Okres skierowania do realizacji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632EE0" w14:textId="77777777" w:rsidR="00DE73D4" w:rsidRDefault="00DE73D4">
            <w:pPr>
              <w:spacing w:after="60" w:line="252" w:lineRule="auto"/>
            </w:pPr>
          </w:p>
        </w:tc>
      </w:tr>
      <w:tr w:rsidR="00DE73D4" w14:paraId="3F5C83BD" w14:textId="77777777">
        <w:trPr>
          <w:jc w:val="center"/>
        </w:trPr>
        <w:tc>
          <w:tcPr>
            <w:tcW w:w="390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AC6F0D" w14:textId="77777777" w:rsidR="00DE73D4" w:rsidRDefault="00221728" w:rsidP="00403EBE">
            <w:pPr>
              <w:spacing w:after="60" w:line="252" w:lineRule="auto"/>
              <w:jc w:val="left"/>
            </w:pPr>
            <w:r>
              <w:t>Części oraz rzeczywiste czynności w każdej części</w:t>
            </w:r>
          </w:p>
        </w:tc>
        <w:tc>
          <w:tcPr>
            <w:tcW w:w="5850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2D3523" w14:textId="77777777" w:rsidR="00DE73D4" w:rsidRDefault="00DE73D4">
            <w:pPr>
              <w:spacing w:after="60" w:line="252" w:lineRule="auto"/>
            </w:pPr>
          </w:p>
        </w:tc>
      </w:tr>
    </w:tbl>
    <w:p w14:paraId="5B36C599" w14:textId="77777777" w:rsidR="00DE73D4" w:rsidRDefault="00221728">
      <w:pPr>
        <w:pStyle w:val="Nagwek1"/>
        <w:keepLines w:val="0"/>
        <w:spacing w:after="100"/>
      </w:pPr>
      <w:r>
        <w:rPr>
          <w:rFonts w:cs="Aptos"/>
        </w:rPr>
        <w:lastRenderedPageBreak/>
        <w:t>Kategoria uprawniająca</w:t>
      </w:r>
    </w:p>
    <w:p w14:paraId="6EBCE48C" w14:textId="77777777" w:rsidR="0091215B" w:rsidRDefault="00221728">
      <w:pPr>
        <w:spacing w:after="100"/>
      </w:pPr>
      <w:r>
        <w:t>Zaznaczam właściwą kategorię zgodną z rozdziałem XXI SWZ:</w:t>
      </w:r>
      <w:sdt>
        <w:sdtPr>
          <w:id w:val="990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osoba bezrobotna w rozumieniu ustawy z dnia 20 marca 2025 r. o rynku pracy i służbach zatrudnienia;</w:t>
      </w:r>
    </w:p>
    <w:p w14:paraId="53D7AAB0" w14:textId="5F98D175" w:rsidR="0091215B" w:rsidRDefault="00912AB8">
      <w:pPr>
        <w:spacing w:after="100"/>
      </w:pPr>
      <w:sdt>
        <w:sdtPr>
          <w:id w:val="990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1728">
            <w:rPr>
              <w:rFonts w:ascii="MS Gothic" w:eastAsia="MS Gothic" w:hAnsi="MS Gothic" w:hint="eastAsia"/>
            </w:rPr>
            <w:t>☐</w:t>
          </w:r>
        </w:sdtContent>
      </w:sdt>
      <w:r w:rsidR="00221728">
        <w:t xml:space="preserve"> osoba poszukująca pracy, niepozostająca w zatrudnieniu i niewykonująca innej pracy zarobkowej w rozumieniu tej ustawy;</w:t>
      </w:r>
    </w:p>
    <w:p w14:paraId="1ABB9928" w14:textId="77777777" w:rsidR="0091215B" w:rsidRDefault="00912AB8">
      <w:pPr>
        <w:spacing w:after="100"/>
      </w:pPr>
      <w:sdt>
        <w:sdtPr>
          <w:id w:val="990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1728">
            <w:rPr>
              <w:rFonts w:ascii="MS Gothic" w:eastAsia="MS Gothic" w:hAnsi="MS Gothic" w:hint="eastAsia"/>
            </w:rPr>
            <w:t>☐</w:t>
          </w:r>
        </w:sdtContent>
      </w:sdt>
      <w:r w:rsidR="00221728">
        <w:t xml:space="preserve"> osoba niepełnosprawna w rozumieniu ustawy z dnia 27 sierpnia 1997 r. o rehabilitacji zawodowej i społecznej oraz zatrudnianiu osób niepełnosprawnych;</w:t>
      </w:r>
    </w:p>
    <w:p w14:paraId="5F47538D" w14:textId="29EF4223" w:rsidR="00DE73D4" w:rsidRDefault="00912AB8">
      <w:pPr>
        <w:spacing w:after="100"/>
      </w:pPr>
      <w:sdt>
        <w:sdtPr>
          <w:id w:val="990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1728">
            <w:rPr>
              <w:rFonts w:ascii="MS Gothic" w:eastAsia="MS Gothic" w:hAnsi="MS Gothic" w:hint="eastAsia"/>
            </w:rPr>
            <w:t>☐</w:t>
          </w:r>
        </w:sdtContent>
      </w:sdt>
      <w:r w:rsidR="00221728">
        <w:t xml:space="preserve"> osoba do 30. roku życia albo po ukończeniu 50. roku życia, posiadająca status osoby poszukującej pracy i pozostająca bez zatrudnienia.</w:t>
      </w:r>
    </w:p>
    <w:p w14:paraId="4E5D2150" w14:textId="77777777" w:rsidR="00DE73D4" w:rsidRDefault="00221728">
      <w:pPr>
        <w:spacing w:after="100"/>
      </w:pPr>
      <w:r>
        <w:t>Data lub okres posiadania wymaganego statusu: ____________________. Rodzaj dokumentu potwierdzającego status, organ i data wydania: ____________________.</w:t>
      </w:r>
    </w:p>
    <w:p w14:paraId="65D3D2C7" w14:textId="77777777" w:rsidR="00DE73D4" w:rsidRDefault="00221728">
      <w:pPr>
        <w:spacing w:after="100"/>
      </w:pPr>
      <w:r>
        <w:t>Dla osób bezrobotnych i poszukujących pracy status dotyczy chwili bezpośrednio przed zatrudnieniem. Dopuszczalne jest skierowanie osoby już zatrudnionej na warunkach rozdziału XXI SWZ. Status niepełnosprawności musi obejmować okres udziału w realizacji; podaje się jedynie fakt i okres jego obowiązywania, bez informacji o rozpoznaniu, symbolu lub przyczynie niepełnosprawności.</w:t>
      </w:r>
    </w:p>
    <w:p w14:paraId="0A49F889" w14:textId="77777777" w:rsidR="00DE73D4" w:rsidRDefault="00221728">
      <w:pPr>
        <w:pStyle w:val="Nagwek1"/>
        <w:keepLines w:val="0"/>
        <w:spacing w:after="100"/>
      </w:pPr>
      <w:r>
        <w:rPr>
          <w:rFonts w:cs="Aptos"/>
        </w:rPr>
        <w:t>Oświadczenie Wykonawcy</w:t>
      </w:r>
    </w:p>
    <w:p w14:paraId="52D043E2" w14:textId="77777777" w:rsidR="00DE73D4" w:rsidRDefault="00221728">
      <w:pPr>
        <w:spacing w:after="100"/>
      </w:pPr>
      <w:r>
        <w:t>Oświadczam, że wskazana osoba spełnia wymagania zadeklarowanego kryterium społecznego i będzie wykonywać rzeczywiste czynności bezpośrednio związane z każdą wskazaną częścią. Zatrudnienie na podstawie stosunku pracy w wymiarze co najmniej 1/4 etatu obejmuje wymagany okres od rozpoczęcia wykonywania umowy do odbioru dostawy, z uwzględnieniem dopuszczalnego zastępstwa.</w:t>
      </w:r>
    </w:p>
    <w:p w14:paraId="1AC92413" w14:textId="77777777" w:rsidR="00DE73D4" w:rsidRDefault="00221728">
      <w:pPr>
        <w:spacing w:after="100"/>
      </w:pPr>
      <w:r>
        <w:t>Dysponuję dokumentami potwierdzającymi zatrudnienie oraz właściwy status. Na wezwanie przedstawię je w terminie 5 dni roboczych, zgodnie z § 7a umowy. Dokumenty umożliwią weryfikację osoby i warunków zobowiązania bez ujawniania danych zbędnych, w szczególności numeru PESEL, adresu zamieszkania, wynagrodzenia i informacji medycznych.</w:t>
      </w:r>
    </w:p>
    <w:p w14:paraId="3179A0C1" w14:textId="77777777" w:rsidR="00DE73D4" w:rsidRDefault="00221728">
      <w:pPr>
        <w:spacing w:after="100"/>
      </w:pPr>
      <w:r>
        <w:t>Będę dokumentować rzeczywisty udział osoby w każdej wskazanej części i umożliwię kontrolę na zasadach umowy. W razie ustania zatrudnienia lub niemożności dalszego udziału zapewnię zastępstwo w ciągu 3 dni roboczych i przekażę wymaganą dokumentację. Uzasadniona przerwa nie dłuższa niż 3 dni robocze podlega zasadom § 7a umowy.</w:t>
      </w:r>
    </w:p>
    <w:p w14:paraId="2218DA44" w14:textId="77777777" w:rsidR="00DE73D4" w:rsidRDefault="00221728">
      <w:pPr>
        <w:spacing w:after="100"/>
      </w:pPr>
      <w:r>
        <w:t>Dane przekazuję w niezbędnym zakresie, na właściwej podstawie prawnej i z wykonaniem wymaganych obowiązków informacyjnych. Nie traktuję podpisania niniejszego formularza jako zgody pracownika zastępującej ustawową podstawę przetwarzania.</w:t>
      </w:r>
    </w:p>
    <w:p w14:paraId="2E7A277D" w14:textId="77777777" w:rsidR="00DE73D4" w:rsidRDefault="00221728">
      <w:pPr>
        <w:spacing w:after="100"/>
      </w:pPr>
      <w:r>
        <w:t>Wszystkie informacje są aktualne i zgodne z prawdą. Przyjmuję do wiadomości zasady kontroli oraz odpowiedzialności z § 7a i § 8 umowy.</w:t>
      </w:r>
    </w:p>
    <w:p w14:paraId="1F49B683" w14:textId="77777777" w:rsidR="00DE73D4" w:rsidRDefault="00221728">
      <w:pPr>
        <w:pStyle w:val="Nagwek1"/>
        <w:keepLines w:val="0"/>
        <w:spacing w:after="100"/>
      </w:pPr>
      <w:r>
        <w:rPr>
          <w:rFonts w:cs="Aptos"/>
        </w:rPr>
        <w:lastRenderedPageBreak/>
        <w:t>Zastępstwo jeśli dotyczy</w:t>
      </w:r>
    </w:p>
    <w:p w14:paraId="69EB79BB" w14:textId="77777777" w:rsidR="00DE73D4" w:rsidRDefault="00221728">
      <w:pPr>
        <w:spacing w:after="100"/>
      </w:pPr>
      <w:r>
        <w:t>Osoba zastępowana: ____________________. Data zakończenia udziału: ____________________. Przyczyna organizacyjna bez danych wrażliwych: ____________________. Data rozpoczęcia czynności przez zastępcę: ____________________.</w:t>
      </w:r>
    </w:p>
    <w:p w14:paraId="09A9F957" w14:textId="77777777" w:rsidR="00DE73D4" w:rsidRDefault="00221728">
      <w:pPr>
        <w:spacing w:after="100"/>
      </w:pPr>
      <w:r>
        <w:t>Wykaz przekazanych dokumentów jeśli dotyczy: ____________________.</w:t>
      </w:r>
    </w:p>
    <w:p w14:paraId="58CF427D" w14:textId="77777777" w:rsidR="00DE73D4" w:rsidRDefault="00221728">
      <w:pPr>
        <w:spacing w:after="100"/>
      </w:pPr>
      <w:r>
        <w:t>Data i podpis osoby uprawnionej do reprezentowania Wykonawcy: ____________________.</w:t>
      </w:r>
    </w:p>
    <w:sectPr w:rsidR="00DE73D4" w:rsidSect="00034616">
      <w:headerReference w:type="default" r:id="rId8"/>
      <w:footerReference w:type="default" r:id="rId9"/>
      <w:pgSz w:w="11906" w:h="16838"/>
      <w:pgMar w:top="1559" w:right="1077" w:bottom="1134" w:left="1077" w:header="17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1BB0A" w14:textId="77777777" w:rsidR="00912AB8" w:rsidRDefault="00912AB8">
      <w:pPr>
        <w:spacing w:after="0" w:line="240" w:lineRule="auto"/>
      </w:pPr>
      <w:r>
        <w:separator/>
      </w:r>
    </w:p>
  </w:endnote>
  <w:endnote w:type="continuationSeparator" w:id="0">
    <w:p w14:paraId="4343C8B1" w14:textId="77777777" w:rsidR="00912AB8" w:rsidRDefault="00912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EA5C3" w14:textId="77777777" w:rsidR="00DE73D4" w:rsidRDefault="00221728">
    <w:pPr>
      <w:jc w:val="center"/>
    </w:pPr>
    <w:r>
      <w:t xml:space="preserve">„Rozwijamy edukację włączającą w Gminie Kawęczyn”  |  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8CEFA" w14:textId="77777777" w:rsidR="00912AB8" w:rsidRDefault="00912AB8">
      <w:pPr>
        <w:spacing w:after="0" w:line="240" w:lineRule="auto"/>
      </w:pPr>
      <w:r>
        <w:separator/>
      </w:r>
    </w:p>
  </w:footnote>
  <w:footnote w:type="continuationSeparator" w:id="0">
    <w:p w14:paraId="1C9D60CB" w14:textId="77777777" w:rsidR="00912AB8" w:rsidRDefault="00912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EC02A" w14:textId="77777777" w:rsidR="00DE73D4" w:rsidRDefault="00221728">
    <w:pPr>
      <w:spacing w:after="0"/>
      <w:jc w:val="center"/>
    </w:pPr>
    <w:r>
      <w:rPr>
        <w:noProof/>
      </w:rPr>
      <w:drawing>
        <wp:inline distT="0" distB="0" distL="0" distR="0" wp14:anchorId="0A5052AC" wp14:editId="46804F0D">
          <wp:extent cx="6120000" cy="625569"/>
          <wp:effectExtent l="0" t="0" r="0" b="0"/>
          <wp:docPr id="1" name="Picture 1" descr="Logotypy Funduszy Europejskich dla Wielkopolski, Rzeczypospolitej Polskiej, Unii Europejskiej i Samorządu Województwa Wielkopolskiego" title="Logotypy projektu współfinansowanego ze środków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logos_kawęczy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25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1593B"/>
    <w:multiLevelType w:val="singleLevel"/>
    <w:tmpl w:val="FC665AA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0" w15:restartNumberingAfterBreak="0">
    <w:nsid w:val="091E7736"/>
    <w:multiLevelType w:val="singleLevel"/>
    <w:tmpl w:val="52C603C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1" w15:restartNumberingAfterBreak="0">
    <w:nsid w:val="095B2BA8"/>
    <w:multiLevelType w:val="singleLevel"/>
    <w:tmpl w:val="F3300A7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2" w15:restartNumberingAfterBreak="0">
    <w:nsid w:val="14F70653"/>
    <w:multiLevelType w:val="singleLevel"/>
    <w:tmpl w:val="8208EA5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3" w15:restartNumberingAfterBreak="0">
    <w:nsid w:val="1A32146F"/>
    <w:multiLevelType w:val="singleLevel"/>
    <w:tmpl w:val="1D4EBF5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4" w15:restartNumberingAfterBreak="0">
    <w:nsid w:val="1AEA3B12"/>
    <w:multiLevelType w:val="singleLevel"/>
    <w:tmpl w:val="B166361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5" w15:restartNumberingAfterBreak="0">
    <w:nsid w:val="1C505915"/>
    <w:multiLevelType w:val="singleLevel"/>
    <w:tmpl w:val="8F9A73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6" w15:restartNumberingAfterBreak="0">
    <w:nsid w:val="1CFC2EFA"/>
    <w:multiLevelType w:val="singleLevel"/>
    <w:tmpl w:val="DF22A85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7" w15:restartNumberingAfterBreak="0">
    <w:nsid w:val="4DA5661D"/>
    <w:multiLevelType w:val="singleLevel"/>
    <w:tmpl w:val="4E7A061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8" w15:restartNumberingAfterBreak="0">
    <w:nsid w:val="55D92526"/>
    <w:multiLevelType w:val="singleLevel"/>
    <w:tmpl w:val="A8D2FFD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9" w15:restartNumberingAfterBreak="0">
    <w:nsid w:val="5EBE7038"/>
    <w:multiLevelType w:val="singleLevel"/>
    <w:tmpl w:val="E0688FA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0" w15:restartNumberingAfterBreak="0">
    <w:nsid w:val="6055630C"/>
    <w:multiLevelType w:val="singleLevel"/>
    <w:tmpl w:val="273EC336"/>
    <w:lvl w:ilvl="0">
      <w:start w:val="1"/>
      <w:numFmt w:val="decimal"/>
      <w:pStyle w:val="Listapunktowana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1" w15:restartNumberingAfterBreak="0">
    <w:nsid w:val="6F710A4F"/>
    <w:multiLevelType w:val="singleLevel"/>
    <w:tmpl w:val="39362AA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num w:numId="1" w16cid:durableId="17010792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F08"/>
    <w:rsid w:val="00034616"/>
    <w:rsid w:val="0006063C"/>
    <w:rsid w:val="000F4DD4"/>
    <w:rsid w:val="00105982"/>
    <w:rsid w:val="0012651F"/>
    <w:rsid w:val="0015074B"/>
    <w:rsid w:val="00151E5D"/>
    <w:rsid w:val="001D7365"/>
    <w:rsid w:val="00221728"/>
    <w:rsid w:val="00231A49"/>
    <w:rsid w:val="002629B0"/>
    <w:rsid w:val="002722CE"/>
    <w:rsid w:val="002815F5"/>
    <w:rsid w:val="0029639D"/>
    <w:rsid w:val="002B296B"/>
    <w:rsid w:val="002B343F"/>
    <w:rsid w:val="002F3009"/>
    <w:rsid w:val="002F48F3"/>
    <w:rsid w:val="003018E2"/>
    <w:rsid w:val="003134DD"/>
    <w:rsid w:val="00324E06"/>
    <w:rsid w:val="00326F90"/>
    <w:rsid w:val="00346B22"/>
    <w:rsid w:val="0036026C"/>
    <w:rsid w:val="00360986"/>
    <w:rsid w:val="00381C96"/>
    <w:rsid w:val="00385A8E"/>
    <w:rsid w:val="003F3C46"/>
    <w:rsid w:val="00403EBE"/>
    <w:rsid w:val="0044702C"/>
    <w:rsid w:val="0047396B"/>
    <w:rsid w:val="004946AC"/>
    <w:rsid w:val="004B4E14"/>
    <w:rsid w:val="004E5ED7"/>
    <w:rsid w:val="004F3185"/>
    <w:rsid w:val="00501C79"/>
    <w:rsid w:val="005020EC"/>
    <w:rsid w:val="00552475"/>
    <w:rsid w:val="005607BF"/>
    <w:rsid w:val="00583B7C"/>
    <w:rsid w:val="005A5B0C"/>
    <w:rsid w:val="005F6678"/>
    <w:rsid w:val="00667485"/>
    <w:rsid w:val="006B25CF"/>
    <w:rsid w:val="006D07D2"/>
    <w:rsid w:val="00710B53"/>
    <w:rsid w:val="007178A7"/>
    <w:rsid w:val="00761B40"/>
    <w:rsid w:val="007C0025"/>
    <w:rsid w:val="007C69AF"/>
    <w:rsid w:val="007E078D"/>
    <w:rsid w:val="00802990"/>
    <w:rsid w:val="00803901"/>
    <w:rsid w:val="00844E7D"/>
    <w:rsid w:val="00860545"/>
    <w:rsid w:val="00872FF9"/>
    <w:rsid w:val="008A6A89"/>
    <w:rsid w:val="008A79C2"/>
    <w:rsid w:val="008C259A"/>
    <w:rsid w:val="008D16AA"/>
    <w:rsid w:val="008E1765"/>
    <w:rsid w:val="008E68CC"/>
    <w:rsid w:val="00906791"/>
    <w:rsid w:val="0091215B"/>
    <w:rsid w:val="00912AB8"/>
    <w:rsid w:val="00922B84"/>
    <w:rsid w:val="00985EBD"/>
    <w:rsid w:val="009A6AB1"/>
    <w:rsid w:val="009E74CD"/>
    <w:rsid w:val="00A15AC1"/>
    <w:rsid w:val="00A1687C"/>
    <w:rsid w:val="00A272B0"/>
    <w:rsid w:val="00A43B89"/>
    <w:rsid w:val="00A524F0"/>
    <w:rsid w:val="00A52EAD"/>
    <w:rsid w:val="00A54325"/>
    <w:rsid w:val="00A650BA"/>
    <w:rsid w:val="00A86B15"/>
    <w:rsid w:val="00AA1D8D"/>
    <w:rsid w:val="00AC15A0"/>
    <w:rsid w:val="00AE4107"/>
    <w:rsid w:val="00AE4F7E"/>
    <w:rsid w:val="00B2338D"/>
    <w:rsid w:val="00B23805"/>
    <w:rsid w:val="00B47730"/>
    <w:rsid w:val="00B73CD7"/>
    <w:rsid w:val="00B96029"/>
    <w:rsid w:val="00BA11A5"/>
    <w:rsid w:val="00BF4C12"/>
    <w:rsid w:val="00C06535"/>
    <w:rsid w:val="00C543A1"/>
    <w:rsid w:val="00C7263D"/>
    <w:rsid w:val="00C73AC9"/>
    <w:rsid w:val="00C95CEF"/>
    <w:rsid w:val="00CA6F89"/>
    <w:rsid w:val="00CB0664"/>
    <w:rsid w:val="00CB567B"/>
    <w:rsid w:val="00CC1163"/>
    <w:rsid w:val="00CC4F55"/>
    <w:rsid w:val="00CE3F31"/>
    <w:rsid w:val="00CF4386"/>
    <w:rsid w:val="00D5236C"/>
    <w:rsid w:val="00DA1A9A"/>
    <w:rsid w:val="00DA6B4B"/>
    <w:rsid w:val="00DE73D4"/>
    <w:rsid w:val="00DE7C76"/>
    <w:rsid w:val="00E10D67"/>
    <w:rsid w:val="00E26C3F"/>
    <w:rsid w:val="00E61887"/>
    <w:rsid w:val="00EC66A3"/>
    <w:rsid w:val="00ED1EDE"/>
    <w:rsid w:val="00EE4B4D"/>
    <w:rsid w:val="00EE67A2"/>
    <w:rsid w:val="00EF1B16"/>
    <w:rsid w:val="00F0025B"/>
    <w:rsid w:val="00F116F1"/>
    <w:rsid w:val="00F3734E"/>
    <w:rsid w:val="00F37879"/>
    <w:rsid w:val="00F50FA7"/>
    <w:rsid w:val="00F57676"/>
    <w:rsid w:val="00F7313F"/>
    <w:rsid w:val="00FA6A77"/>
    <w:rsid w:val="00FC5A24"/>
    <w:rsid w:val="00FC693F"/>
    <w:rsid w:val="00FE1109"/>
    <w:rsid w:val="00FE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204726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theme="minorBidi"/>
        <w:sz w:val="24"/>
        <w:szCs w:val="24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4" w:lineRule="auto"/>
      <w:jc w:val="both"/>
    </w:pPr>
    <w:rPr>
      <w:rFonts w:cs="Aptos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cstheme="majorBidi"/>
      <w:b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cstheme="majorBidi"/>
      <w:b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cstheme="majorBidi"/>
      <w:b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cstheme="majorBidi"/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80" w:line="264" w:lineRule="auto"/>
    </w:pPr>
    <w:rPr>
      <w:rFonts w:cs="Aptos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Aptos" w:eastAsia="Aptos" w:hAnsi="Aptos" w:cstheme="majorBidi"/>
      <w:b/>
      <w:bCs/>
      <w:color w:val="000000"/>
      <w:sz w:val="24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contextualSpacing/>
      <w:jc w:val="center"/>
    </w:pPr>
    <w:rPr>
      <w:rFonts w:cstheme="majorBidi"/>
      <w:b/>
      <w:spacing w:val="5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Aptos" w:eastAsia="Aptos" w:hAnsi="Aptos" w:cstheme="majorBidi"/>
      <w:color w:val="000000"/>
      <w:spacing w:val="5"/>
      <w:kern w:val="28"/>
      <w:sz w:val="24"/>
      <w:szCs w:val="24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jc w:val="center"/>
    </w:pPr>
    <w:rPr>
      <w:rFonts w:cstheme="majorBidi"/>
      <w:i/>
      <w:iCs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Aptos" w:eastAsia="Aptos" w:hAnsi="Aptos" w:cstheme="majorBidi"/>
      <w:i/>
      <w:iCs/>
      <w:color w:val="000000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80" w:line="264" w:lineRule="auto"/>
    </w:pPr>
    <w:rPr>
      <w:rFonts w:cs="Aptos"/>
      <w:color w:val="00000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Aptos" w:eastAsia="Aptos" w:hAnsi="Aptos" w:cstheme="majorBidi"/>
      <w:b/>
      <w:bCs/>
      <w:i/>
      <w:iCs/>
      <w:color w:val="000000"/>
      <w:sz w:val="24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Aptos" w:eastAsia="Aptos" w:hAnsi="Aptos" w:cstheme="majorBidi"/>
      <w:color w:val="000000"/>
      <w:sz w:val="24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Aptos" w:eastAsia="Aptos" w:hAnsi="Aptos" w:cstheme="majorBidi"/>
      <w:color w:val="000000"/>
      <w:sz w:val="24"/>
      <w:szCs w:val="24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szCs w:val="24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</w:rPr>
  </w:style>
  <w:style w:type="character" w:styleId="Pogrubienie">
    <w:name w:val="Strong"/>
    <w:basedOn w:val="Domylnaczcionkaakapitu"/>
    <w:uiPriority w:val="22"/>
    <w:qFormat/>
    <w:rsid w:val="00FC693F"/>
    <w:rPr>
      <w:rFonts w:ascii="Aptos" w:eastAsia="Aptos" w:hAnsi="Aptos" w:cs="Aptos"/>
      <w:b/>
      <w:bCs/>
      <w:color w:val="000000"/>
      <w:sz w:val="24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Aptos" w:eastAsia="Aptos" w:hAnsi="Aptos" w:cs="Aptos"/>
      <w:smallCaps/>
      <w:color w:val="000000"/>
      <w:sz w:val="24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cs="Aptos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cs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gwekSWZ">
    <w:name w:val="Nagłówek SWZ"/>
    <w:basedOn w:val="Normalny"/>
    <w:pPr>
      <w:keepNext/>
      <w:spacing w:before="200"/>
    </w:pPr>
    <w:rPr>
      <w:b/>
    </w:rPr>
  </w:style>
  <w:style w:type="paragraph" w:customStyle="1" w:styleId="TytuSWZ">
    <w:name w:val="Tytuł SWZ"/>
    <w:basedOn w:val="Normalny"/>
    <w:pPr>
      <w:keepNext/>
    </w:pPr>
    <w:rPr>
      <w:b/>
    </w:rPr>
  </w:style>
  <w:style w:type="paragraph" w:customStyle="1" w:styleId="PodnagwekSWZ">
    <w:name w:val="Podnagłówek SWZ"/>
    <w:basedOn w:val="Normalny"/>
    <w:pPr>
      <w:keepNext/>
      <w:spacing w:before="200"/>
    </w:pPr>
    <w:rPr>
      <w:b/>
    </w:rPr>
  </w:style>
  <w:style w:type="character" w:styleId="Hipercze">
    <w:name w:val="Hyperlink"/>
    <w:basedOn w:val="Domylnaczcionkaakapitu"/>
    <w:uiPriority w:val="99"/>
    <w:unhideWhenUsed/>
    <w:rsid w:val="003018E2"/>
    <w:rPr>
      <w:rFonts w:ascii="Aptos" w:eastAsia="Aptos" w:hAnsi="Aptos" w:cs="Aptos"/>
      <w:color w:val="000000"/>
      <w:sz w:val="24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18E2"/>
    <w:rPr>
      <w:rFonts w:ascii="Aptos" w:eastAsia="Aptos" w:hAnsi="Aptos" w:cs="Aptos"/>
      <w:color w:val="000000"/>
      <w:sz w:val="24"/>
      <w:shd w:val="clear" w:color="auto" w:fill="E1DFDD"/>
      <w:lang w:val="pl-PL" w:eastAsia="pl-PL" w:bidi="pl-PL"/>
    </w:rPr>
  </w:style>
  <w:style w:type="paragraph" w:customStyle="1" w:styleId="SWZNote">
    <w:name w:val="SWZ Note"/>
    <w:basedOn w:val="Normalny"/>
    <w:pPr>
      <w:ind w:left="255" w:right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2026-09-10T11:18:00Z</dcterms:created>
  <dcterms:modified xsi:type="dcterms:W3CDTF">2026-09-24T10:01:00Z</dcterms:modified>
  <cp:category/>
  <dc:language/>
</cp:coreProperties>
</file>