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940A" w14:textId="77777777" w:rsidR="00E912E1" w:rsidRPr="00B31B7E" w:rsidRDefault="00715D05" w:rsidP="00B31B7E">
      <w:pPr>
        <w:keepNext/>
        <w:jc w:val="right"/>
        <w:rPr>
          <w:b/>
          <w:bCs/>
        </w:rPr>
      </w:pPr>
      <w:r w:rsidRPr="00B31B7E">
        <w:rPr>
          <w:b/>
          <w:bCs/>
        </w:rPr>
        <w:t>ZAŁĄCZNIK NR 3 DO SWZ</w:t>
      </w:r>
    </w:p>
    <w:p w14:paraId="71262EB0" w14:textId="1C3223B2" w:rsidR="00B40448" w:rsidRPr="00E912E1" w:rsidRDefault="00715D05" w:rsidP="00E912E1">
      <w:pPr>
        <w:keepNext/>
        <w:jc w:val="center"/>
        <w:rPr>
          <w:b/>
          <w:bCs/>
        </w:rPr>
      </w:pPr>
      <w:r w:rsidRPr="00E912E1">
        <w:rPr>
          <w:b/>
          <w:bCs/>
        </w:rPr>
        <w:t>FORMULARZ OFERTOWY</w:t>
      </w:r>
    </w:p>
    <w:p w14:paraId="60DA0D4C" w14:textId="77777777" w:rsidR="00B40448" w:rsidRPr="00E912E1" w:rsidRDefault="00715D05" w:rsidP="00E912E1">
      <w:pPr>
        <w:jc w:val="center"/>
        <w:rPr>
          <w:b/>
          <w:bCs/>
        </w:rPr>
      </w:pPr>
      <w:r w:rsidRPr="00E912E1">
        <w:rPr>
          <w:b/>
          <w:bCs/>
        </w:rPr>
        <w:t>Dostawa pomocy dydaktycznych i wyposażenia w ramach projektu „Rozwijamy edukację włączającą w Gminie Kawęczyn”</w:t>
      </w:r>
    </w:p>
    <w:p w14:paraId="283D0416" w14:textId="7C72F4A0" w:rsidR="00B40448" w:rsidRPr="002645DC" w:rsidRDefault="00715D05" w:rsidP="00E912E1">
      <w:pPr>
        <w:jc w:val="right"/>
        <w:rPr>
          <w:b/>
          <w:bCs/>
        </w:rPr>
      </w:pPr>
      <w:r w:rsidRPr="002645DC">
        <w:rPr>
          <w:b/>
          <w:bCs/>
        </w:rPr>
        <w:t xml:space="preserve">Znak postępowania: </w:t>
      </w:r>
      <w:r w:rsidR="002645DC" w:rsidRPr="002645DC">
        <w:rPr>
          <w:b/>
          <w:bCs/>
        </w:rPr>
        <w:t>ROŚ.271.49.2026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50"/>
      </w:tblGrid>
      <w:tr w:rsidR="00B40448" w14:paraId="1CF1E8C1" w14:textId="77777777">
        <w:trPr>
          <w:tblHeader/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D293E9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Dane składającego oświadczenie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813C44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Do wypełnienia przez Wykonawcę</w:t>
            </w:r>
          </w:p>
        </w:tc>
      </w:tr>
      <w:tr w:rsidR="00B40448" w14:paraId="2D10F95F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7AE4E5" w14:textId="77777777" w:rsidR="00B40448" w:rsidRDefault="00715D05">
            <w:pPr>
              <w:spacing w:after="60" w:line="252" w:lineRule="auto"/>
            </w:pPr>
            <w:r>
              <w:t>Nazwa lub firma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ABE230" w14:textId="77777777" w:rsidR="00B40448" w:rsidRDefault="00B40448">
            <w:pPr>
              <w:spacing w:after="60" w:line="252" w:lineRule="auto"/>
            </w:pPr>
          </w:p>
        </w:tc>
      </w:tr>
      <w:tr w:rsidR="00B40448" w14:paraId="1D77D73E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3B723F" w14:textId="77777777" w:rsidR="00B40448" w:rsidRDefault="00715D05">
            <w:pPr>
              <w:spacing w:after="60" w:line="252" w:lineRule="auto"/>
            </w:pPr>
            <w:r>
              <w:t>Siedziba i adres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9AD8B1" w14:textId="77777777" w:rsidR="00B40448" w:rsidRDefault="00B40448">
            <w:pPr>
              <w:spacing w:after="60" w:line="252" w:lineRule="auto"/>
            </w:pPr>
          </w:p>
        </w:tc>
      </w:tr>
      <w:tr w:rsidR="00B40448" w14:paraId="3878D1DF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89304E" w14:textId="77777777" w:rsidR="00B40448" w:rsidRDefault="00715D05">
            <w:pPr>
              <w:spacing w:after="60" w:line="252" w:lineRule="auto"/>
            </w:pPr>
            <w:r>
              <w:t>NIP lub inny identyfikator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EDE74" w14:textId="77777777" w:rsidR="00B40448" w:rsidRDefault="00B40448">
            <w:pPr>
              <w:spacing w:after="60" w:line="252" w:lineRule="auto"/>
            </w:pPr>
          </w:p>
        </w:tc>
      </w:tr>
      <w:tr w:rsidR="00B40448" w14:paraId="21DF61E9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1827AA" w14:textId="77777777" w:rsidR="00B40448" w:rsidRDefault="00715D05">
            <w:pPr>
              <w:spacing w:after="60" w:line="252" w:lineRule="auto"/>
            </w:pPr>
            <w:r>
              <w:t>Reprezentacja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B65B74" w14:textId="77777777" w:rsidR="00B40448" w:rsidRDefault="00B40448">
            <w:pPr>
              <w:spacing w:after="60" w:line="252" w:lineRule="auto"/>
            </w:pPr>
          </w:p>
        </w:tc>
      </w:tr>
      <w:tr w:rsidR="00B40448" w14:paraId="7436A88C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BBE949" w14:textId="77777777" w:rsidR="00B40448" w:rsidRDefault="00715D05">
            <w:pPr>
              <w:spacing w:after="60" w:line="252" w:lineRule="auto"/>
            </w:pPr>
            <w:r>
              <w:t>Część lub części zamówienia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F14D7D" w14:textId="77777777" w:rsidR="00B40448" w:rsidRDefault="00B40448">
            <w:pPr>
              <w:spacing w:after="60" w:line="252" w:lineRule="auto"/>
            </w:pPr>
          </w:p>
        </w:tc>
      </w:tr>
    </w:tbl>
    <w:p w14:paraId="6FECF1AD" w14:textId="77777777" w:rsidR="00B40448" w:rsidRDefault="00B40448"/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50"/>
      </w:tblGrid>
      <w:tr w:rsidR="00B40448" w14:paraId="678365B4" w14:textId="77777777">
        <w:trPr>
          <w:tblHeader/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006C8F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Dane kontaktowe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51ADBF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Do wypełnienia</w:t>
            </w:r>
          </w:p>
        </w:tc>
      </w:tr>
      <w:tr w:rsidR="00B40448" w14:paraId="4B4A9B74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E1AB1E" w14:textId="77777777" w:rsidR="00B40448" w:rsidRDefault="00715D05">
            <w:pPr>
              <w:spacing w:after="60" w:line="252" w:lineRule="auto"/>
            </w:pPr>
            <w:r>
              <w:t>E-mail do komunikacji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6E79FD" w14:textId="77777777" w:rsidR="00B40448" w:rsidRDefault="00B40448">
            <w:pPr>
              <w:spacing w:after="60" w:line="252" w:lineRule="auto"/>
            </w:pPr>
          </w:p>
        </w:tc>
      </w:tr>
      <w:tr w:rsidR="00B40448" w14:paraId="6BAA5811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3A81FE" w14:textId="77777777" w:rsidR="00B40448" w:rsidRDefault="00715D05">
            <w:pPr>
              <w:spacing w:after="60" w:line="252" w:lineRule="auto"/>
            </w:pPr>
            <w:r>
              <w:t>Telefon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9A060" w14:textId="77777777" w:rsidR="00B40448" w:rsidRDefault="00B40448">
            <w:pPr>
              <w:spacing w:after="60" w:line="252" w:lineRule="auto"/>
            </w:pPr>
          </w:p>
        </w:tc>
      </w:tr>
      <w:tr w:rsidR="00B40448" w14:paraId="3B49969B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01722D" w14:textId="77777777" w:rsidR="00B40448" w:rsidRDefault="00715D05">
            <w:pPr>
              <w:spacing w:after="60" w:line="252" w:lineRule="auto"/>
            </w:pPr>
            <w:r>
              <w:t>Status przedsiębiorcy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85CE56" w14:textId="77777777" w:rsidR="00B40448" w:rsidRDefault="00B27A5B">
            <w:pPr>
              <w:spacing w:after="60" w:line="252" w:lineRule="auto"/>
            </w:pPr>
            <w:sdt>
              <w:sdtPr>
                <w:id w:val="99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mikro </w:t>
            </w:r>
            <w:sdt>
              <w:sdtPr>
                <w:id w:val="99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mały </w:t>
            </w:r>
            <w:sdt>
              <w:sdtPr>
                <w:id w:val="99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średni </w:t>
            </w:r>
            <w:sdt>
              <w:sdtPr>
                <w:id w:val="99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inny</w:t>
            </w:r>
          </w:p>
        </w:tc>
      </w:tr>
    </w:tbl>
    <w:p w14:paraId="112383BA" w14:textId="77777777" w:rsidR="00B40448" w:rsidRDefault="00B40448"/>
    <w:p w14:paraId="1A813669" w14:textId="77777777" w:rsidR="00B40448" w:rsidRDefault="00715D05">
      <w:r>
        <w:t>Składam ofertę na zaznaczone poniżej części. Dla każdej części podaję łączną cenę brutto zgodną z właściwym formularzem cenowym OPZ. Ceny netto i zapis słowny ceny nie są wymagane w tym formularzu.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1950"/>
        <w:gridCol w:w="3800"/>
      </w:tblGrid>
      <w:tr w:rsidR="00B40448" w14:paraId="68DD4660" w14:textId="77777777">
        <w:trPr>
          <w:tblHeader/>
          <w:jc w:val="center"/>
        </w:trPr>
        <w:tc>
          <w:tcPr>
            <w:tcW w:w="4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112AB1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Część</w:t>
            </w:r>
          </w:p>
        </w:tc>
        <w:tc>
          <w:tcPr>
            <w:tcW w:w="19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9FAC42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Oferta na część</w:t>
            </w:r>
          </w:p>
        </w:tc>
        <w:tc>
          <w:tcPr>
            <w:tcW w:w="3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A01F4B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Cena brutto PLN</w:t>
            </w:r>
          </w:p>
        </w:tc>
      </w:tr>
      <w:tr w:rsidR="00B40448" w14:paraId="5ACC72B0" w14:textId="77777777">
        <w:trPr>
          <w:jc w:val="center"/>
        </w:trPr>
        <w:tc>
          <w:tcPr>
            <w:tcW w:w="4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E1D1AE" w14:textId="77777777" w:rsidR="00B40448" w:rsidRDefault="00715D05">
            <w:pPr>
              <w:spacing w:after="60" w:line="252" w:lineRule="auto"/>
            </w:pPr>
            <w:r>
              <w:t>1 – Pomoce dydaktyczne</w:t>
            </w:r>
          </w:p>
        </w:tc>
        <w:tc>
          <w:tcPr>
            <w:tcW w:w="19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35BCE6" w14:textId="77777777" w:rsidR="00B40448" w:rsidRDefault="00B27A5B">
            <w:pPr>
              <w:spacing w:after="60" w:line="252" w:lineRule="auto"/>
            </w:pPr>
            <w:sdt>
              <w:sdtPr>
                <w:id w:val="99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</w:t>
            </w:r>
          </w:p>
        </w:tc>
        <w:tc>
          <w:tcPr>
            <w:tcW w:w="3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9CC8B4" w14:textId="77777777" w:rsidR="00B40448" w:rsidRDefault="00B40448">
            <w:pPr>
              <w:spacing w:after="60" w:line="252" w:lineRule="auto"/>
            </w:pPr>
          </w:p>
        </w:tc>
      </w:tr>
      <w:tr w:rsidR="00B40448" w14:paraId="201C9EAC" w14:textId="77777777">
        <w:trPr>
          <w:jc w:val="center"/>
        </w:trPr>
        <w:tc>
          <w:tcPr>
            <w:tcW w:w="4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58A6D9" w14:textId="77777777" w:rsidR="00B40448" w:rsidRDefault="00715D05">
            <w:pPr>
              <w:spacing w:after="60" w:line="252" w:lineRule="auto"/>
            </w:pPr>
            <w:r>
              <w:t>2 – Meble</w:t>
            </w:r>
          </w:p>
        </w:tc>
        <w:tc>
          <w:tcPr>
            <w:tcW w:w="19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5B5AA" w14:textId="77777777" w:rsidR="00B40448" w:rsidRDefault="00B27A5B">
            <w:pPr>
              <w:spacing w:after="60" w:line="252" w:lineRule="auto"/>
            </w:pPr>
            <w:sdt>
              <w:sdtPr>
                <w:id w:val="99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</w:t>
            </w:r>
          </w:p>
        </w:tc>
        <w:tc>
          <w:tcPr>
            <w:tcW w:w="3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1704B6" w14:textId="77777777" w:rsidR="00B40448" w:rsidRDefault="00B40448">
            <w:pPr>
              <w:spacing w:after="60" w:line="252" w:lineRule="auto"/>
            </w:pPr>
          </w:p>
        </w:tc>
      </w:tr>
      <w:tr w:rsidR="00B40448" w14:paraId="7C28FA8E" w14:textId="77777777">
        <w:trPr>
          <w:jc w:val="center"/>
        </w:trPr>
        <w:tc>
          <w:tcPr>
            <w:tcW w:w="4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FFFD30" w14:textId="77777777" w:rsidR="00B40448" w:rsidRDefault="00715D05">
            <w:pPr>
              <w:spacing w:after="60" w:line="252" w:lineRule="auto"/>
            </w:pPr>
            <w:r>
              <w:t>3 – Programy</w:t>
            </w:r>
          </w:p>
        </w:tc>
        <w:tc>
          <w:tcPr>
            <w:tcW w:w="19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A0BF99" w14:textId="77777777" w:rsidR="00B40448" w:rsidRDefault="00B27A5B">
            <w:pPr>
              <w:spacing w:after="60" w:line="252" w:lineRule="auto"/>
            </w:pPr>
            <w:sdt>
              <w:sdtPr>
                <w:id w:val="99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</w:t>
            </w:r>
          </w:p>
        </w:tc>
        <w:tc>
          <w:tcPr>
            <w:tcW w:w="3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E35462" w14:textId="77777777" w:rsidR="00B40448" w:rsidRDefault="00B40448">
            <w:pPr>
              <w:spacing w:after="60" w:line="252" w:lineRule="auto"/>
            </w:pPr>
          </w:p>
        </w:tc>
      </w:tr>
      <w:tr w:rsidR="00B40448" w14:paraId="571991BF" w14:textId="77777777">
        <w:trPr>
          <w:jc w:val="center"/>
        </w:trPr>
        <w:tc>
          <w:tcPr>
            <w:tcW w:w="4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211A50" w14:textId="77777777" w:rsidR="00B40448" w:rsidRDefault="00715D05">
            <w:pPr>
              <w:spacing w:after="60" w:line="252" w:lineRule="auto"/>
            </w:pPr>
            <w:r>
              <w:t>4 – Sprzęt TIK</w:t>
            </w:r>
          </w:p>
        </w:tc>
        <w:tc>
          <w:tcPr>
            <w:tcW w:w="19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FB4B4C" w14:textId="77777777" w:rsidR="00B40448" w:rsidRDefault="00B27A5B">
            <w:pPr>
              <w:spacing w:after="60" w:line="252" w:lineRule="auto"/>
            </w:pPr>
            <w:sdt>
              <w:sdtPr>
                <w:id w:val="99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</w:t>
            </w:r>
          </w:p>
        </w:tc>
        <w:tc>
          <w:tcPr>
            <w:tcW w:w="3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849373" w14:textId="77777777" w:rsidR="00B40448" w:rsidRDefault="00B40448">
            <w:pPr>
              <w:spacing w:after="60" w:line="252" w:lineRule="auto"/>
            </w:pPr>
          </w:p>
        </w:tc>
      </w:tr>
      <w:tr w:rsidR="00B40448" w14:paraId="00802BF4" w14:textId="77777777">
        <w:trPr>
          <w:jc w:val="center"/>
        </w:trPr>
        <w:tc>
          <w:tcPr>
            <w:tcW w:w="4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F926AE" w14:textId="77777777" w:rsidR="00B40448" w:rsidRDefault="00715D05">
            <w:pPr>
              <w:spacing w:after="60" w:line="252" w:lineRule="auto"/>
            </w:pPr>
            <w:r>
              <w:t>5 – Pomoce logopedyczne</w:t>
            </w:r>
          </w:p>
        </w:tc>
        <w:tc>
          <w:tcPr>
            <w:tcW w:w="19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4D8FF8" w14:textId="77777777" w:rsidR="00B40448" w:rsidRDefault="00B27A5B">
            <w:pPr>
              <w:spacing w:after="60" w:line="252" w:lineRule="auto"/>
            </w:pPr>
            <w:sdt>
              <w:sdtPr>
                <w:id w:val="99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</w:t>
            </w:r>
          </w:p>
        </w:tc>
        <w:tc>
          <w:tcPr>
            <w:tcW w:w="3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8DDC2" w14:textId="77777777" w:rsidR="00B40448" w:rsidRDefault="00B40448">
            <w:pPr>
              <w:spacing w:after="60" w:line="252" w:lineRule="auto"/>
            </w:pPr>
          </w:p>
        </w:tc>
      </w:tr>
    </w:tbl>
    <w:p w14:paraId="5022E643" w14:textId="77777777" w:rsidR="00B40448" w:rsidRDefault="00B40448"/>
    <w:p w14:paraId="65E88223" w14:textId="77777777" w:rsidR="00B40448" w:rsidRDefault="00715D05">
      <w:pPr>
        <w:pStyle w:val="Nagwek2"/>
        <w:keepLines w:val="0"/>
      </w:pPr>
      <w:r>
        <w:rPr>
          <w:rFonts w:cs="Aptos"/>
        </w:rPr>
        <w:lastRenderedPageBreak/>
        <w:t>Gwarancja i aspekt społeczny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4500"/>
        <w:gridCol w:w="4350"/>
      </w:tblGrid>
      <w:tr w:rsidR="00B40448" w14:paraId="023928E0" w14:textId="77777777">
        <w:trPr>
          <w:tblHeader/>
          <w:jc w:val="center"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D5704D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Część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420FEA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Wydłużenie minimum gwarancji</w:t>
            </w:r>
          </w:p>
        </w:tc>
        <w:tc>
          <w:tcPr>
            <w:tcW w:w="4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696AF5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Zobowiązanie społeczne</w:t>
            </w:r>
          </w:p>
        </w:tc>
      </w:tr>
      <w:tr w:rsidR="00B40448" w14:paraId="0EAB67D4" w14:textId="77777777">
        <w:trPr>
          <w:jc w:val="center"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E1D41E" w14:textId="77777777" w:rsidR="00B40448" w:rsidRDefault="00715D05">
            <w:pPr>
              <w:spacing w:after="60" w:line="252" w:lineRule="auto"/>
            </w:pPr>
            <w:r>
              <w:t>1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936C54" w14:textId="77777777" w:rsidR="00B40448" w:rsidRDefault="00B27A5B">
            <w:pPr>
              <w:spacing w:after="60" w:line="252" w:lineRule="auto"/>
            </w:pPr>
            <w:sdt>
              <w:sdtPr>
                <w:id w:val="99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0 mies.  </w:t>
            </w:r>
            <w:sdt>
              <w:sdtPr>
                <w:id w:val="99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6 mies.  </w:t>
            </w:r>
            <w:sdt>
              <w:sdtPr>
                <w:id w:val="99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12 mies.</w:t>
            </w:r>
          </w:p>
        </w:tc>
        <w:tc>
          <w:tcPr>
            <w:tcW w:w="4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F8C6F" w14:textId="77777777" w:rsidR="00B40448" w:rsidRDefault="00B27A5B">
            <w:pPr>
              <w:spacing w:after="60" w:line="252" w:lineRule="auto"/>
            </w:pPr>
            <w:sdt>
              <w:sdtPr>
                <w:id w:val="99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  </w:t>
            </w:r>
            <w:sdt>
              <w:sdtPr>
                <w:id w:val="99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NIE</w:t>
            </w:r>
          </w:p>
        </w:tc>
      </w:tr>
      <w:tr w:rsidR="00B40448" w14:paraId="7E40032E" w14:textId="77777777">
        <w:trPr>
          <w:jc w:val="center"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BAD9E6" w14:textId="77777777" w:rsidR="00B40448" w:rsidRDefault="00715D05">
            <w:pPr>
              <w:spacing w:after="60" w:line="252" w:lineRule="auto"/>
            </w:pPr>
            <w:r>
              <w:t>2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463AFF" w14:textId="77777777" w:rsidR="00B40448" w:rsidRDefault="00B27A5B">
            <w:pPr>
              <w:spacing w:after="60" w:line="252" w:lineRule="auto"/>
            </w:pPr>
            <w:sdt>
              <w:sdtPr>
                <w:id w:val="99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0 mies.  </w:t>
            </w:r>
            <w:sdt>
              <w:sdtPr>
                <w:id w:val="99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6 mies.  </w:t>
            </w:r>
            <w:sdt>
              <w:sdtPr>
                <w:id w:val="9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12 mies.</w:t>
            </w:r>
          </w:p>
        </w:tc>
        <w:tc>
          <w:tcPr>
            <w:tcW w:w="4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523ECC" w14:textId="77777777" w:rsidR="00B40448" w:rsidRDefault="00B27A5B">
            <w:pPr>
              <w:spacing w:after="60" w:line="252" w:lineRule="auto"/>
            </w:pPr>
            <w:sdt>
              <w:sdtPr>
                <w:id w:val="99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  </w:t>
            </w:r>
            <w:sdt>
              <w:sdtPr>
                <w:id w:val="99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NIE</w:t>
            </w:r>
          </w:p>
        </w:tc>
      </w:tr>
      <w:tr w:rsidR="00B40448" w14:paraId="6145F9D3" w14:textId="77777777">
        <w:trPr>
          <w:jc w:val="center"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C6EB33" w14:textId="77777777" w:rsidR="00B40448" w:rsidRDefault="00715D05">
            <w:pPr>
              <w:spacing w:after="60" w:line="252" w:lineRule="auto"/>
            </w:pPr>
            <w:r>
              <w:t>3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A0E86" w14:textId="77777777" w:rsidR="00B40448" w:rsidRDefault="00B27A5B">
            <w:pPr>
              <w:spacing w:after="60" w:line="252" w:lineRule="auto"/>
            </w:pPr>
            <w:sdt>
              <w:sdtPr>
                <w:id w:val="99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0 mies.  </w:t>
            </w:r>
            <w:sdt>
              <w:sdtPr>
                <w:id w:val="99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6 mies.  </w:t>
            </w:r>
            <w:sdt>
              <w:sdtPr>
                <w:id w:val="99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12 mies.</w:t>
            </w:r>
          </w:p>
        </w:tc>
        <w:tc>
          <w:tcPr>
            <w:tcW w:w="4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4BDC10" w14:textId="77777777" w:rsidR="00B40448" w:rsidRDefault="00B27A5B">
            <w:pPr>
              <w:spacing w:after="60" w:line="252" w:lineRule="auto"/>
            </w:pPr>
            <w:sdt>
              <w:sdtPr>
                <w:id w:val="99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  </w:t>
            </w:r>
            <w:sdt>
              <w:sdtPr>
                <w:id w:val="99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NIE</w:t>
            </w:r>
          </w:p>
        </w:tc>
      </w:tr>
      <w:tr w:rsidR="00B40448" w14:paraId="797EEB2B" w14:textId="77777777">
        <w:trPr>
          <w:jc w:val="center"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8E0456" w14:textId="77777777" w:rsidR="00B40448" w:rsidRDefault="00715D05">
            <w:pPr>
              <w:spacing w:after="60" w:line="252" w:lineRule="auto"/>
            </w:pPr>
            <w:r>
              <w:t>4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4928FD" w14:textId="77777777" w:rsidR="00B40448" w:rsidRDefault="00B27A5B">
            <w:pPr>
              <w:spacing w:after="60" w:line="252" w:lineRule="auto"/>
            </w:pPr>
            <w:sdt>
              <w:sdtPr>
                <w:id w:val="99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0 mies.  </w:t>
            </w:r>
            <w:sdt>
              <w:sdtPr>
                <w:id w:val="99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6 mies.  </w:t>
            </w:r>
            <w:sdt>
              <w:sdtPr>
                <w:id w:val="99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12 mies.</w:t>
            </w:r>
          </w:p>
        </w:tc>
        <w:tc>
          <w:tcPr>
            <w:tcW w:w="4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B65244" w14:textId="77777777" w:rsidR="00B40448" w:rsidRDefault="00B27A5B">
            <w:pPr>
              <w:spacing w:after="60" w:line="252" w:lineRule="auto"/>
            </w:pPr>
            <w:sdt>
              <w:sdtPr>
                <w:id w:val="99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  </w:t>
            </w:r>
            <w:sdt>
              <w:sdtPr>
                <w:id w:val="99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NIE</w:t>
            </w:r>
          </w:p>
        </w:tc>
      </w:tr>
      <w:tr w:rsidR="00B40448" w14:paraId="7A948CB5" w14:textId="77777777">
        <w:trPr>
          <w:jc w:val="center"/>
        </w:trPr>
        <w:tc>
          <w:tcPr>
            <w:tcW w:w="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10C330" w14:textId="77777777" w:rsidR="00B40448" w:rsidRDefault="00715D05">
            <w:pPr>
              <w:spacing w:after="60" w:line="252" w:lineRule="auto"/>
            </w:pPr>
            <w:r>
              <w:t>5</w:t>
            </w:r>
          </w:p>
        </w:tc>
        <w:tc>
          <w:tcPr>
            <w:tcW w:w="4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CD7F0" w14:textId="77777777" w:rsidR="00B40448" w:rsidRDefault="00B27A5B">
            <w:pPr>
              <w:spacing w:after="60" w:line="252" w:lineRule="auto"/>
            </w:pPr>
            <w:sdt>
              <w:sdtPr>
                <w:id w:val="99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0 mies.  </w:t>
            </w:r>
            <w:sdt>
              <w:sdtPr>
                <w:id w:val="99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6 mies.  </w:t>
            </w:r>
            <w:sdt>
              <w:sdtPr>
                <w:id w:val="99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12 mies.</w:t>
            </w:r>
          </w:p>
        </w:tc>
        <w:tc>
          <w:tcPr>
            <w:tcW w:w="4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94E150" w14:textId="77777777" w:rsidR="00B40448" w:rsidRDefault="00B27A5B">
            <w:pPr>
              <w:spacing w:after="60" w:line="252" w:lineRule="auto"/>
            </w:pPr>
            <w:sdt>
              <w:sdtPr>
                <w:id w:val="99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TAK  </w:t>
            </w:r>
            <w:sdt>
              <w:sdtPr>
                <w:id w:val="99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D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5D05">
              <w:t xml:space="preserve"> NIE</w:t>
            </w:r>
          </w:p>
        </w:tc>
      </w:tr>
    </w:tbl>
    <w:p w14:paraId="2FE6E302" w14:textId="77777777" w:rsidR="00B40448" w:rsidRDefault="00B40448"/>
    <w:p w14:paraId="479F82E4" w14:textId="77777777" w:rsidR="00B40448" w:rsidRDefault="00715D05">
      <w:r>
        <w:t>Dla każdej oferowanej części wybieram jedną opcję wydłużenia gwarancji i jedną opcję zobowiązania społecznego. Zasady punktowania, braków i sprzeczności określa rozdział XXI SWZ. Dłuższe minimum gwarancyjne określone dla produktu w OPZ pozostaje wiążące.</w:t>
      </w:r>
    </w:p>
    <w:p w14:paraId="4D6D4363" w14:textId="77777777" w:rsidR="00B40448" w:rsidRDefault="00715D05">
      <w:pPr>
        <w:numPr>
          <w:ilvl w:val="0"/>
          <w:numId w:val="1"/>
        </w:numPr>
      </w:pPr>
      <w:r>
        <w:t>Oświadczam, że zapoznałem się z całą SWZ, jej załącznikami, wyjaśnieniami i zmianami oraz przyjmuję warunki zamówienia. Zobowiązuję się dostarczyć wszystkie produkty i wykonać wymagane czynności w każdej części objętej ofertą w terminie 30 dni kalendarzowych od zawarcia umowy.</w:t>
      </w:r>
    </w:p>
    <w:p w14:paraId="73BF0FA4" w14:textId="77777777" w:rsidR="00B40448" w:rsidRDefault="00715D05">
      <w:pPr>
        <w:numPr>
          <w:ilvl w:val="0"/>
          <w:numId w:val="1"/>
        </w:numPr>
      </w:pPr>
      <w:r>
        <w:t>Cena obejmuje całość kosztów wymaganych SWZ i OPZ, w tym podatki, transport, wniesienie, montaż, konfigurację, aktywację, licencje, gwarancję, rękojmię i serwis w wymaganym zakresie. Akceptuję płatność w terminie określonym w umowie.</w:t>
      </w:r>
    </w:p>
    <w:p w14:paraId="03C80F40" w14:textId="77777777" w:rsidR="00B40448" w:rsidRDefault="00715D05">
      <w:pPr>
        <w:numPr>
          <w:ilvl w:val="0"/>
          <w:numId w:val="1"/>
        </w:numPr>
      </w:pPr>
      <w:r>
        <w:t>Dołączam wypełnione formularze OPZ dla części objętych ofertą. Producent, model, konfiguracja i licencja oznaczają rzeczywiście zaoferowany produkt. Produkty są nowe, kompletne, bezpieczne i zgodne z wymaganiami; posiadam prawo do dostarczenia licencji.</w:t>
      </w:r>
    </w:p>
    <w:p w14:paraId="2CFDC9B7" w14:textId="77777777" w:rsidR="00B40448" w:rsidRDefault="00715D05">
      <w:pPr>
        <w:numPr>
          <w:ilvl w:val="0"/>
          <w:numId w:val="1"/>
        </w:numPr>
      </w:pPr>
      <w:r>
        <w:t>Jeżeli zaznaczyłem TAK w kryterium społecznym, zobowiązuję się dla danej części skierować co najmniej jedną osobę z grupy wskazanej w rozdziale XXI SWZ do bezpośredniego wykonania zamówienia, na podstawie stosunku pracy co najmniej 1/4 etatu, przez wymagany okres. Przyjmuję obowiązki dokumentowania, kontroli i zastępstwa oraz kary z § 7a i § 8 umowy. Jest to zobowiązanie umowne, a nie tylko informacja o zatrudnieniu w przedsiębiorstwie.</w:t>
      </w:r>
    </w:p>
    <w:p w14:paraId="1F30458D" w14:textId="77777777" w:rsidR="00B40448" w:rsidRDefault="00715D05">
      <w:pPr>
        <w:numPr>
          <w:ilvl w:val="0"/>
          <w:numId w:val="1"/>
        </w:numPr>
      </w:pPr>
      <w:r>
        <w:t>Pozostaję związany ofertą do daty określonej w rozdziale XVIII SWZ. W razie wyboru zobowiązuję się zawrzeć umowę na warunkach załącznika nr 2, w miejscu i terminie wyznaczonym zgodnie z ustawą.</w:t>
      </w:r>
    </w:p>
    <w:p w14:paraId="19E9046C" w14:textId="77777777" w:rsidR="00B40448" w:rsidRDefault="00715D05">
      <w:pPr>
        <w:numPr>
          <w:ilvl w:val="0"/>
          <w:numId w:val="1"/>
        </w:numPr>
      </w:pPr>
      <w:r>
        <w:t>Wypełniłem obowiązki informacyjne z art. 13 lub 14 RODO wobec osób, których dane przekazuję, chyba że obowiązek ten nie powstał albo zachodzi ustawowy wyjątek.</w:t>
      </w:r>
    </w:p>
    <w:p w14:paraId="1B5B60AE" w14:textId="77777777" w:rsidR="00B40448" w:rsidRDefault="00715D05">
      <w:pPr>
        <w:numPr>
          <w:ilvl w:val="0"/>
          <w:numId w:val="1"/>
        </w:numPr>
      </w:pPr>
      <w:r>
        <w:t>Wszystkie informacje podane w ofercie i załącznikach są aktualne i zgodne z prawdą. Przyjmuję do wiadomości ustawowe zasady jawności postępowania i umowy.</w:t>
      </w:r>
    </w:p>
    <w:p w14:paraId="1B98A497" w14:textId="77777777" w:rsidR="00B40448" w:rsidRDefault="00715D05">
      <w:pPr>
        <w:pStyle w:val="Nagwek2"/>
        <w:keepLines w:val="0"/>
      </w:pPr>
      <w:r>
        <w:rPr>
          <w:rFonts w:cs="Aptos"/>
        </w:rPr>
        <w:lastRenderedPageBreak/>
        <w:t>Podwykonawstwo</w:t>
      </w:r>
    </w:p>
    <w:p w14:paraId="39C033AF" w14:textId="77777777" w:rsidR="00621D82" w:rsidRDefault="00B27A5B">
      <w:sdt>
        <w:sdtPr>
          <w:id w:val="990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D05">
            <w:rPr>
              <w:rFonts w:ascii="MS Gothic" w:eastAsia="MS Gothic" w:hAnsi="MS Gothic" w:hint="eastAsia"/>
            </w:rPr>
            <w:t>☐</w:t>
          </w:r>
        </w:sdtContent>
      </w:sdt>
      <w:r w:rsidR="00715D05">
        <w:t xml:space="preserve"> Wykonam zamówienie samodzielnie.</w:t>
      </w:r>
    </w:p>
    <w:p w14:paraId="49EF033B" w14:textId="1D8BA37B" w:rsidR="00B40448" w:rsidRDefault="00B27A5B">
      <w:sdt>
        <w:sdtPr>
          <w:id w:val="990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D05">
            <w:rPr>
              <w:rFonts w:ascii="MS Gothic" w:eastAsia="MS Gothic" w:hAnsi="MS Gothic" w:hint="eastAsia"/>
            </w:rPr>
            <w:t>☐</w:t>
          </w:r>
        </w:sdtContent>
      </w:sdt>
      <w:r w:rsidR="00715D05">
        <w:t xml:space="preserve"> Zamierzam powierzyć podwykonawcom zakres wskazany poniżej.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B40448" w14:paraId="076DA60F" w14:textId="77777777">
        <w:trPr>
          <w:tblHeader/>
          <w:jc w:val="center"/>
        </w:trPr>
        <w:tc>
          <w:tcPr>
            <w:tcW w:w="4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5BC81F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Część i zakres</w:t>
            </w:r>
          </w:p>
        </w:tc>
        <w:tc>
          <w:tcPr>
            <w:tcW w:w="4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19375C" w14:textId="77777777" w:rsidR="00B40448" w:rsidRDefault="00715D05">
            <w:pPr>
              <w:spacing w:after="60" w:line="252" w:lineRule="auto"/>
            </w:pPr>
            <w:r>
              <w:rPr>
                <w:b/>
              </w:rPr>
              <w:t>Znany podwykonawca i kraj pochodzenia</w:t>
            </w:r>
          </w:p>
        </w:tc>
      </w:tr>
      <w:tr w:rsidR="00B40448" w14:paraId="0B2F4000" w14:textId="77777777">
        <w:trPr>
          <w:jc w:val="center"/>
        </w:trPr>
        <w:tc>
          <w:tcPr>
            <w:tcW w:w="4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883491" w14:textId="77777777" w:rsidR="00B40448" w:rsidRDefault="00B40448">
            <w:pPr>
              <w:spacing w:after="60" w:line="252" w:lineRule="auto"/>
            </w:pPr>
          </w:p>
        </w:tc>
        <w:tc>
          <w:tcPr>
            <w:tcW w:w="4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554B1C" w14:textId="77777777" w:rsidR="00B40448" w:rsidRDefault="00B40448">
            <w:pPr>
              <w:spacing w:after="60" w:line="252" w:lineRule="auto"/>
            </w:pPr>
          </w:p>
        </w:tc>
      </w:tr>
      <w:tr w:rsidR="00B40448" w14:paraId="135AFCDB" w14:textId="77777777">
        <w:trPr>
          <w:jc w:val="center"/>
        </w:trPr>
        <w:tc>
          <w:tcPr>
            <w:tcW w:w="4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B6F6C6" w14:textId="77777777" w:rsidR="00B40448" w:rsidRDefault="00B40448">
            <w:pPr>
              <w:spacing w:after="60" w:line="252" w:lineRule="auto"/>
            </w:pPr>
          </w:p>
        </w:tc>
        <w:tc>
          <w:tcPr>
            <w:tcW w:w="4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25DB4D" w14:textId="77777777" w:rsidR="00B40448" w:rsidRDefault="00B40448">
            <w:pPr>
              <w:spacing w:after="60" w:line="252" w:lineRule="auto"/>
            </w:pPr>
          </w:p>
        </w:tc>
      </w:tr>
    </w:tbl>
    <w:p w14:paraId="24A315E8" w14:textId="77777777" w:rsidR="00B40448" w:rsidRDefault="00B40448"/>
    <w:p w14:paraId="1F8C2F8A" w14:textId="77777777" w:rsidR="00B40448" w:rsidRDefault="00715D05">
      <w:pPr>
        <w:pStyle w:val="Nagwek2"/>
        <w:keepLines w:val="0"/>
      </w:pPr>
      <w:r>
        <w:rPr>
          <w:rFonts w:cs="Aptos"/>
        </w:rPr>
        <w:t>Informacja podatkowa i tajemnica przedsiębiorstwa</w:t>
      </w:r>
    </w:p>
    <w:p w14:paraId="7FCF18DE" w14:textId="77777777" w:rsidR="00621D82" w:rsidRDefault="00715D05">
      <w:r>
        <w:t xml:space="preserve">Wybór oferty: </w:t>
      </w:r>
    </w:p>
    <w:p w14:paraId="7EB3D0F5" w14:textId="77777777" w:rsidR="00621D82" w:rsidRDefault="00B27A5B">
      <w:sdt>
        <w:sdtPr>
          <w:id w:val="990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D05">
            <w:rPr>
              <w:rFonts w:ascii="MS Gothic" w:eastAsia="MS Gothic" w:hAnsi="MS Gothic" w:hint="eastAsia"/>
            </w:rPr>
            <w:t>☐</w:t>
          </w:r>
        </w:sdtContent>
      </w:sdt>
      <w:r w:rsidR="00715D05">
        <w:t xml:space="preserve"> nie będzie prowadził</w:t>
      </w:r>
    </w:p>
    <w:p w14:paraId="600874D5" w14:textId="536440B0" w:rsidR="00B40448" w:rsidRDefault="00B27A5B">
      <w:sdt>
        <w:sdtPr>
          <w:id w:val="990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D05">
            <w:rPr>
              <w:rFonts w:ascii="MS Gothic" w:eastAsia="MS Gothic" w:hAnsi="MS Gothic" w:hint="eastAsia"/>
            </w:rPr>
            <w:t>☐</w:t>
          </w:r>
        </w:sdtContent>
      </w:sdt>
      <w:r w:rsidR="00715D05">
        <w:t xml:space="preserve"> będzie prowadził do powstania u Zamawiającego obowiązku podatkowego zgodnie z art. 225 ustawy Pzp. Jeżeli będzie prowadził, dołączam wypełniony załącznik nr 5.</w:t>
      </w:r>
    </w:p>
    <w:p w14:paraId="07BF9A01" w14:textId="77777777" w:rsidR="00621D82" w:rsidRDefault="00B27A5B">
      <w:sdt>
        <w:sdtPr>
          <w:id w:val="99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D05">
            <w:rPr>
              <w:rFonts w:ascii="MS Gothic" w:eastAsia="MS Gothic" w:hAnsi="MS Gothic" w:hint="eastAsia"/>
            </w:rPr>
            <w:t>☐</w:t>
          </w:r>
        </w:sdtContent>
      </w:sdt>
      <w:r w:rsidR="00715D05">
        <w:t xml:space="preserve"> Nie zastrzegam tajemnicy przedsiębiorstwa.</w:t>
      </w:r>
    </w:p>
    <w:p w14:paraId="75C21035" w14:textId="77777777" w:rsidR="00621D82" w:rsidRDefault="00B27A5B">
      <w:sdt>
        <w:sdtPr>
          <w:id w:val="990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D05">
            <w:rPr>
              <w:rFonts w:ascii="MS Gothic" w:eastAsia="MS Gothic" w:hAnsi="MS Gothic" w:hint="eastAsia"/>
            </w:rPr>
            <w:t>☐</w:t>
          </w:r>
        </w:sdtContent>
      </w:sdt>
      <w:r w:rsidR="00715D05">
        <w:t xml:space="preserve"> Zastrzegam informacje w pliku / części: ____________________. </w:t>
      </w:r>
    </w:p>
    <w:p w14:paraId="3F76F5F5" w14:textId="464F92DD" w:rsidR="00B40448" w:rsidRDefault="00715D05">
      <w:r>
        <w:t>Dołączam uzasadnienie spełnienia przesłanek ustawowych i wyodrębniam informacje zgodnie z funkcjami Platformy.</w:t>
      </w:r>
    </w:p>
    <w:p w14:paraId="51C68508" w14:textId="77777777" w:rsidR="00B40448" w:rsidRDefault="00715D05">
      <w:r>
        <w:t>Wykaz załączonych dokumentów: ______________________________________________</w:t>
      </w:r>
    </w:p>
    <w:p w14:paraId="384F9B98" w14:textId="77777777" w:rsidR="00621D82" w:rsidRDefault="00621D82"/>
    <w:p w14:paraId="613DE7F9" w14:textId="77777777" w:rsidR="00621D82" w:rsidRDefault="00621D82"/>
    <w:p w14:paraId="47EA5341" w14:textId="30F4BEFC" w:rsidR="00B40448" w:rsidRDefault="00715D05">
      <w:r>
        <w:t>Data: ____________________</w:t>
      </w:r>
    </w:p>
    <w:p w14:paraId="589E0925" w14:textId="77777777" w:rsidR="00621D82" w:rsidRDefault="00621D82"/>
    <w:p w14:paraId="0388CC2B" w14:textId="77777777" w:rsidR="00B40448" w:rsidRDefault="00715D05">
      <w:r>
        <w:t>Dokument należy opatrzyć kwalifikowanym podpisem elektronicznym, podpisem zaufanym albo podpisem osobistym osoby uprawnionej do reprezentowania Wykonawcy.</w:t>
      </w:r>
    </w:p>
    <w:sectPr w:rsidR="00B40448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8C69" w14:textId="77777777" w:rsidR="00B27A5B" w:rsidRDefault="00B27A5B">
      <w:pPr>
        <w:spacing w:after="0" w:line="240" w:lineRule="auto"/>
      </w:pPr>
      <w:r>
        <w:separator/>
      </w:r>
    </w:p>
  </w:endnote>
  <w:endnote w:type="continuationSeparator" w:id="0">
    <w:p w14:paraId="70EBCB8B" w14:textId="77777777" w:rsidR="00B27A5B" w:rsidRDefault="00B27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6B7F" w14:textId="77777777" w:rsidR="00B40448" w:rsidRDefault="00715D05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5CB60" w14:textId="77777777" w:rsidR="00B27A5B" w:rsidRDefault="00B27A5B">
      <w:pPr>
        <w:spacing w:after="0" w:line="240" w:lineRule="auto"/>
      </w:pPr>
      <w:r>
        <w:separator/>
      </w:r>
    </w:p>
  </w:footnote>
  <w:footnote w:type="continuationSeparator" w:id="0">
    <w:p w14:paraId="7A237888" w14:textId="77777777" w:rsidR="00B27A5B" w:rsidRDefault="00B27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53EC0" w14:textId="77777777" w:rsidR="00B40448" w:rsidRDefault="00715D05">
    <w:pPr>
      <w:spacing w:after="0"/>
      <w:jc w:val="center"/>
    </w:pPr>
    <w:r>
      <w:rPr>
        <w:noProof/>
      </w:rPr>
      <w:drawing>
        <wp:inline distT="0" distB="0" distL="0" distR="0" wp14:anchorId="42241C46" wp14:editId="7E5D843D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E12D78"/>
    <w:multiLevelType w:val="singleLevel"/>
    <w:tmpl w:val="217CD96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0CAF58B1"/>
    <w:multiLevelType w:val="singleLevel"/>
    <w:tmpl w:val="89DEB2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12D3696C"/>
    <w:multiLevelType w:val="singleLevel"/>
    <w:tmpl w:val="5720019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14AE0B7F"/>
    <w:multiLevelType w:val="singleLevel"/>
    <w:tmpl w:val="8EC005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17F0788D"/>
    <w:multiLevelType w:val="singleLevel"/>
    <w:tmpl w:val="20F0E41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20FD4C2F"/>
    <w:multiLevelType w:val="singleLevel"/>
    <w:tmpl w:val="B524C908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23274988"/>
    <w:multiLevelType w:val="singleLevel"/>
    <w:tmpl w:val="518E4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3B155376"/>
    <w:multiLevelType w:val="singleLevel"/>
    <w:tmpl w:val="353A448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450F189E"/>
    <w:multiLevelType w:val="singleLevel"/>
    <w:tmpl w:val="3B743B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4AB54788"/>
    <w:multiLevelType w:val="singleLevel"/>
    <w:tmpl w:val="C308836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4ED327D3"/>
    <w:multiLevelType w:val="singleLevel"/>
    <w:tmpl w:val="EFCE761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6E921E08"/>
    <w:multiLevelType w:val="singleLevel"/>
    <w:tmpl w:val="81D432E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70F82472"/>
    <w:multiLevelType w:val="singleLevel"/>
    <w:tmpl w:val="DC30DCB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21344425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17D22"/>
    <w:rsid w:val="0012651F"/>
    <w:rsid w:val="0015074B"/>
    <w:rsid w:val="00151E5D"/>
    <w:rsid w:val="001D7365"/>
    <w:rsid w:val="00231A49"/>
    <w:rsid w:val="002629B0"/>
    <w:rsid w:val="002645DC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F3C46"/>
    <w:rsid w:val="0044702C"/>
    <w:rsid w:val="0047396B"/>
    <w:rsid w:val="004946AC"/>
    <w:rsid w:val="004B4E14"/>
    <w:rsid w:val="004E5ED7"/>
    <w:rsid w:val="004F3185"/>
    <w:rsid w:val="00501C79"/>
    <w:rsid w:val="005020EC"/>
    <w:rsid w:val="00552475"/>
    <w:rsid w:val="00583B7C"/>
    <w:rsid w:val="005A5B0C"/>
    <w:rsid w:val="005F6678"/>
    <w:rsid w:val="00621D82"/>
    <w:rsid w:val="00667485"/>
    <w:rsid w:val="006B25CF"/>
    <w:rsid w:val="006D07D2"/>
    <w:rsid w:val="00710B53"/>
    <w:rsid w:val="00715D05"/>
    <w:rsid w:val="00761B40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D16AA"/>
    <w:rsid w:val="008E1765"/>
    <w:rsid w:val="008E68CC"/>
    <w:rsid w:val="00906791"/>
    <w:rsid w:val="00922B84"/>
    <w:rsid w:val="00985EBD"/>
    <w:rsid w:val="009A6AB1"/>
    <w:rsid w:val="009E74CD"/>
    <w:rsid w:val="00A15AC1"/>
    <w:rsid w:val="00A1687C"/>
    <w:rsid w:val="00A272B0"/>
    <w:rsid w:val="00A43B89"/>
    <w:rsid w:val="00A524F0"/>
    <w:rsid w:val="00A52EAD"/>
    <w:rsid w:val="00A54325"/>
    <w:rsid w:val="00A650BA"/>
    <w:rsid w:val="00A74769"/>
    <w:rsid w:val="00A86B15"/>
    <w:rsid w:val="00AA1D8D"/>
    <w:rsid w:val="00AC15A0"/>
    <w:rsid w:val="00AE4107"/>
    <w:rsid w:val="00AE4F7E"/>
    <w:rsid w:val="00B2338D"/>
    <w:rsid w:val="00B23805"/>
    <w:rsid w:val="00B27A5B"/>
    <w:rsid w:val="00B31B7E"/>
    <w:rsid w:val="00B40448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A1A9A"/>
    <w:rsid w:val="00DA6B4B"/>
    <w:rsid w:val="00E10D67"/>
    <w:rsid w:val="00E26C3F"/>
    <w:rsid w:val="00E61887"/>
    <w:rsid w:val="00E865F6"/>
    <w:rsid w:val="00E912E1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0E96DE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3546</Characters>
  <Application>Microsoft Office Word</Application>
  <DocSecurity>0</DocSecurity>
  <Lines>29</Lines>
  <Paragraphs>8</Paragraphs>
  <ScaleCrop>false</ScaleCrop>
  <Manager/>
  <Company/>
  <LinksUpToDate>false</LinksUpToDate>
  <CharactersWithSpaces>4129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2026-09-10T11:19:00Z</dcterms:created>
  <dcterms:modified xsi:type="dcterms:W3CDTF">2026-09-24T10:01:00Z</dcterms:modified>
  <cp:category/>
  <dc:language/>
</cp:coreProperties>
</file>