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B2D1" w14:textId="77777777" w:rsidR="00D84747" w:rsidRPr="00D84747" w:rsidRDefault="00F05872" w:rsidP="00D84747">
      <w:pPr>
        <w:keepNext/>
        <w:jc w:val="right"/>
        <w:rPr>
          <w:b/>
          <w:bCs/>
        </w:rPr>
      </w:pPr>
      <w:r w:rsidRPr="00D84747">
        <w:rPr>
          <w:b/>
          <w:bCs/>
        </w:rPr>
        <w:t>ZAŁĄCZNIK NR 4A DO SWZ</w:t>
      </w:r>
    </w:p>
    <w:p w14:paraId="6D3B1E1B" w14:textId="45D50229" w:rsidR="00260F09" w:rsidRPr="00D84747" w:rsidRDefault="00F05872" w:rsidP="00D84747">
      <w:pPr>
        <w:keepNext/>
        <w:jc w:val="center"/>
        <w:rPr>
          <w:b/>
          <w:bCs/>
        </w:rPr>
      </w:pPr>
      <w:r>
        <w:br/>
      </w:r>
      <w:r w:rsidRPr="00D84747">
        <w:rPr>
          <w:b/>
          <w:bCs/>
        </w:rPr>
        <w:t>OŚWIADCZENIE SANKCYJNE ORAZ INFORMACJA O PAŃSTWACH TRZECICH I ICT</w:t>
      </w:r>
    </w:p>
    <w:p w14:paraId="3D11B71F" w14:textId="77777777" w:rsidR="00D84747" w:rsidRDefault="00D84747">
      <w:pPr>
        <w:keepNext/>
      </w:pPr>
    </w:p>
    <w:p w14:paraId="0FFEE6A0" w14:textId="77777777" w:rsidR="00260F09" w:rsidRPr="008E6966" w:rsidRDefault="00F05872">
      <w:pPr>
        <w:rPr>
          <w:b/>
          <w:bCs/>
        </w:rPr>
      </w:pPr>
      <w:r w:rsidRPr="008E6966">
        <w:rPr>
          <w:b/>
          <w:bCs/>
        </w:rPr>
        <w:t>Dostawa pomocy dydaktycznych i wyposażenia w ramach projektu „Rozwijamy edukację włączającą w Gminie Kawęczyn”</w:t>
      </w:r>
    </w:p>
    <w:p w14:paraId="18DC4E09" w14:textId="77777777" w:rsidR="00D84747" w:rsidRDefault="00D84747"/>
    <w:p w14:paraId="40E2427F" w14:textId="2E02B4CA" w:rsidR="00260F09" w:rsidRPr="008E6966" w:rsidRDefault="00F05872" w:rsidP="00D84747">
      <w:pPr>
        <w:jc w:val="right"/>
        <w:rPr>
          <w:b/>
          <w:bCs/>
        </w:rPr>
      </w:pPr>
      <w:r w:rsidRPr="008E6966">
        <w:rPr>
          <w:b/>
          <w:bCs/>
        </w:rPr>
        <w:t xml:space="preserve">Znak postępowania: </w:t>
      </w:r>
      <w:r w:rsidR="008E6966" w:rsidRPr="008E6966">
        <w:rPr>
          <w:b/>
          <w:bCs/>
        </w:rPr>
        <w:t>ROŚ.271.49.2026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50"/>
      </w:tblGrid>
      <w:tr w:rsidR="00260F09" w14:paraId="60838843" w14:textId="77777777">
        <w:trPr>
          <w:tblHeader/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1DC8B8" w14:textId="77777777" w:rsidR="00260F09" w:rsidRDefault="00F05872" w:rsidP="00D84747">
            <w:pPr>
              <w:spacing w:after="60" w:line="252" w:lineRule="auto"/>
              <w:jc w:val="left"/>
            </w:pPr>
            <w:r>
              <w:rPr>
                <w:b/>
              </w:rPr>
              <w:t>Dane składającego oświadczenie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A18BA" w14:textId="77777777" w:rsidR="00260F09" w:rsidRDefault="00F05872" w:rsidP="00D84747">
            <w:pPr>
              <w:spacing w:after="60" w:line="252" w:lineRule="auto"/>
              <w:jc w:val="left"/>
            </w:pPr>
            <w:r>
              <w:rPr>
                <w:b/>
              </w:rPr>
              <w:t>Do wypełnienia przez Wykonawcę</w:t>
            </w:r>
          </w:p>
        </w:tc>
      </w:tr>
      <w:tr w:rsidR="00260F09" w14:paraId="3CCF087F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0F5360" w14:textId="77777777" w:rsidR="00260F09" w:rsidRDefault="00F05872" w:rsidP="00D84747">
            <w:pPr>
              <w:spacing w:after="60" w:line="252" w:lineRule="auto"/>
              <w:jc w:val="left"/>
            </w:pPr>
            <w:r>
              <w:t>Nazwa lub firma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FE45F8" w14:textId="77777777" w:rsidR="00260F09" w:rsidRDefault="00260F09" w:rsidP="00D84747">
            <w:pPr>
              <w:spacing w:after="60" w:line="252" w:lineRule="auto"/>
              <w:jc w:val="left"/>
            </w:pPr>
          </w:p>
        </w:tc>
      </w:tr>
      <w:tr w:rsidR="00260F09" w14:paraId="20145AB0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85BBF6" w14:textId="77777777" w:rsidR="00260F09" w:rsidRDefault="00F05872" w:rsidP="00D84747">
            <w:pPr>
              <w:spacing w:after="60" w:line="252" w:lineRule="auto"/>
              <w:jc w:val="left"/>
            </w:pPr>
            <w:r>
              <w:t>Siedziba i adres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88C5AD" w14:textId="77777777" w:rsidR="00260F09" w:rsidRDefault="00260F09" w:rsidP="00D84747">
            <w:pPr>
              <w:spacing w:after="60" w:line="252" w:lineRule="auto"/>
              <w:jc w:val="left"/>
            </w:pPr>
          </w:p>
        </w:tc>
      </w:tr>
      <w:tr w:rsidR="00260F09" w14:paraId="6510FA25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E7C770" w14:textId="77777777" w:rsidR="00260F09" w:rsidRDefault="00F05872" w:rsidP="00D84747">
            <w:pPr>
              <w:spacing w:after="60" w:line="252" w:lineRule="auto"/>
              <w:jc w:val="left"/>
            </w:pPr>
            <w:r>
              <w:t>NIP lub inny identyfikator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DAE1B1" w14:textId="77777777" w:rsidR="00260F09" w:rsidRDefault="00260F09" w:rsidP="00D84747">
            <w:pPr>
              <w:spacing w:after="60" w:line="252" w:lineRule="auto"/>
              <w:jc w:val="left"/>
            </w:pPr>
          </w:p>
        </w:tc>
      </w:tr>
      <w:tr w:rsidR="00260F09" w14:paraId="5EBC9E9C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595C25" w14:textId="77777777" w:rsidR="00260F09" w:rsidRDefault="00F05872" w:rsidP="00D84747">
            <w:pPr>
              <w:spacing w:after="60" w:line="252" w:lineRule="auto"/>
              <w:jc w:val="left"/>
            </w:pPr>
            <w:r>
              <w:t>Reprezentacja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30D734" w14:textId="77777777" w:rsidR="00260F09" w:rsidRDefault="00260F09" w:rsidP="00D84747">
            <w:pPr>
              <w:spacing w:after="60" w:line="252" w:lineRule="auto"/>
              <w:jc w:val="left"/>
            </w:pPr>
          </w:p>
        </w:tc>
      </w:tr>
      <w:tr w:rsidR="00260F09" w14:paraId="3F0598A1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1DB3C5" w14:textId="77777777" w:rsidR="00260F09" w:rsidRDefault="00F05872" w:rsidP="00D84747">
            <w:pPr>
              <w:spacing w:after="60" w:line="252" w:lineRule="auto"/>
              <w:jc w:val="left"/>
            </w:pPr>
            <w:r>
              <w:t>Część lub części zamówienia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865206" w14:textId="77777777" w:rsidR="00260F09" w:rsidRDefault="00260F09" w:rsidP="00D84747">
            <w:pPr>
              <w:spacing w:after="60" w:line="252" w:lineRule="auto"/>
              <w:jc w:val="left"/>
            </w:pPr>
          </w:p>
        </w:tc>
      </w:tr>
    </w:tbl>
    <w:p w14:paraId="54BD3A45" w14:textId="77777777" w:rsidR="00260F09" w:rsidRDefault="00260F09"/>
    <w:p w14:paraId="7A71447A" w14:textId="77777777" w:rsidR="00260F09" w:rsidRDefault="00F05872">
      <w:pPr>
        <w:pStyle w:val="Nagwek2"/>
        <w:keepLines w:val="0"/>
      </w:pPr>
      <w:r>
        <w:rPr>
          <w:rFonts w:cs="Aptos"/>
        </w:rPr>
        <w:t>Podstawy sankcyjne</w:t>
      </w:r>
    </w:p>
    <w:p w14:paraId="665CED3C" w14:textId="77777777" w:rsidR="00260F09" w:rsidRDefault="00F05872">
      <w:r>
        <w:t>Zgodnie z art. 7 ust. 1 ustawy z dnia 13 kwietnia 2022 r. o szczególnych rozwiązaniach w zakresie przeciwdziałania wspieraniu agresji na Ukrainę oraz służących ochronie bezpieczeństwa narodowego (t.j. Dz. U. z 2025 r. poz. 514 ze zm.), z postępowania o udzielenie zamówienia publicznego lub konkursu prowadzonego na podstawie ustawy z dnia 11 września 2019 r. – Prawo zamówień publicznych wyklucza się:</w:t>
      </w:r>
    </w:p>
    <w:p w14:paraId="16060CD0" w14:textId="77777777" w:rsidR="00260F09" w:rsidRDefault="00F05872">
      <w: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01263E44" w14:textId="77777777" w:rsidR="00260F09" w:rsidRDefault="00F05872">
      <w: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32F5ABF" w14:textId="77777777" w:rsidR="00260F09" w:rsidRDefault="00F05872">
      <w:r>
        <w:t xml:space="preserve">3) 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</w:t>
      </w:r>
      <w:r>
        <w:lastRenderedPageBreak/>
        <w:t>listę na podstawie decyzji w sprawie wpisu na listę rozstrzygającej o zastosowaniu środka, o którym mowa w art. 1 pkt 3.</w:t>
      </w:r>
    </w:p>
    <w:p w14:paraId="3AB91307" w14:textId="77777777" w:rsidR="00260F09" w:rsidRDefault="00F05872">
      <w:r>
        <w:t>Rozporządzenie 765/2006 oznacza rozporządzenie Rady (WE) nr 765/2006 z dnia 18 maja 2006 r. dotyczące środków ograniczających w związku z sytuacją na Białorusi i udziałem Białorusi w agresji Rosji wobec Ukrainy; rozporządzenie 269/2014 oznacza rozporządzenie Rady (UE) nr 269/2014 z dnia 17 marca 2014 r. w sprawie środków ograniczających w odniesieniu do działań podważających integralność terytorialną, suwerenność i niezależność Ukrainy lub im zagrażających.</w:t>
      </w:r>
    </w:p>
    <w:p w14:paraId="691BB704" w14:textId="77777777" w:rsidR="00260F09" w:rsidRDefault="00F05872">
      <w:r>
        <w:t>Zaznaczam właściwe oświadczenie:</w:t>
      </w:r>
    </w:p>
    <w:p w14:paraId="6748F0EA" w14:textId="77777777" w:rsidR="00260F09" w:rsidRDefault="00E63380">
      <w:sdt>
        <w:sdtPr>
          <w:id w:val="99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Nie zachodzi wobec mnie żadna z podstaw wykluczenia określonych w art. 7 ust. 1 pkt 1–3 powyższej ustawy. Oświadczenie obejmuje mnie jako Wykonawcę, moich beneficjentów rzeczywistych oraz jednostkę dominującą w znaczeniu i zakresie określonym tymi przepisami.</w:t>
      </w:r>
    </w:p>
    <w:p w14:paraId="744F2063" w14:textId="77777777" w:rsidR="00260F09" w:rsidRDefault="00E63380">
      <w:sdt>
        <w:sdtPr>
          <w:id w:val="99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Zachodzi wobec mnie podstawa wykluczenia: ____________________. Opis i dokumenty: ____________________.</w:t>
      </w:r>
    </w:p>
    <w:p w14:paraId="1A9A7EF0" w14:textId="77777777" w:rsidR="00260F09" w:rsidRDefault="00F05872">
      <w:pPr>
        <w:pStyle w:val="Nagwek2"/>
        <w:keepLines w:val="0"/>
      </w:pPr>
      <w:r>
        <w:rPr>
          <w:rFonts w:cs="Aptos"/>
        </w:rPr>
        <w:t>Pochodzenie Wykonawcy</w:t>
      </w:r>
    </w:p>
    <w:p w14:paraId="3404722A" w14:textId="77777777" w:rsidR="00260F09" w:rsidRDefault="00F05872">
      <w:r>
        <w:t>Kraj pochodzenia Wykonawcy: ____________________. Rejestr, numer i dane potwierdzające pochodzenie: ____________________.</w:t>
      </w:r>
    </w:p>
    <w:p w14:paraId="299C78D8" w14:textId="77777777" w:rsidR="00260F09" w:rsidRDefault="00E63380">
      <w:sdt>
        <w:sdtPr>
          <w:id w:val="990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Pochodzę z państwa członkowskiego Unii Europejskiej.</w:t>
      </w:r>
      <w:sdt>
        <w:sdtPr>
          <w:id w:val="99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Pochodzę z państwa będącego stroną GPA lub innej umowy międzynarodowej gwarantującej wzajemny i równy dostęp do rynku zamówień publicznych, której stroną jest UE; państwo i umowa: ____________________.</w:t>
      </w:r>
      <w:sdt>
        <w:sdtPr>
          <w:id w:val="99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Pochodzę z innego państwa: ____________________.</w:t>
      </w:r>
    </w:p>
    <w:p w14:paraId="72D4CA29" w14:textId="77777777" w:rsidR="00260F09" w:rsidRDefault="00F05872">
      <w:r>
        <w:t>Przyjmuję do wiadomości, że Zamawiający nie dopuścił udziału Wykonawców z państw trzecich niebędących stronami właściwych umów międzynarodowych, także jako członków konsorcjum, podwykonawców i dalszych podwykonawców. Ograniczenie to nie oznacza samo przez się zakazu towaru ze względu na kraj jego produkcji.</w:t>
      </w:r>
    </w:p>
    <w:p w14:paraId="685C82F9" w14:textId="77777777" w:rsidR="00260F09" w:rsidRDefault="00E63380">
      <w:sdt>
        <w:sdtPr>
          <w:id w:val="990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Nie zamierzam angażować niedopuszczonych podmiotów w rolach objętych ograniczeniem.</w:t>
      </w:r>
      <w:sdt>
        <w:sdtPr>
          <w:id w:val="99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Zamierzam angażować podmiot wymagający wyjaśnienia statusu; nazwa, państwo, rola i zakres: ____________________.</w:t>
      </w:r>
    </w:p>
    <w:p w14:paraId="401982DE" w14:textId="77777777" w:rsidR="00260F09" w:rsidRDefault="00F05872">
      <w:pPr>
        <w:pStyle w:val="Nagwek2"/>
        <w:keepLines w:val="0"/>
      </w:pPr>
      <w:r>
        <w:rPr>
          <w:rFonts w:cs="Aptos"/>
        </w:rPr>
        <w:t>Produkty ICT</w:t>
      </w:r>
    </w:p>
    <w:p w14:paraId="2DBE5485" w14:textId="77777777" w:rsidR="00260F09" w:rsidRDefault="00F05872">
      <w:r>
        <w:t>Dotyczy elementów ICT w każdej oferowanej części, nie tylko części nr 4. Zaznaczam właściwe:</w:t>
      </w:r>
    </w:p>
    <w:p w14:paraId="79BD2BEF" w14:textId="77777777" w:rsidR="00260F09" w:rsidRDefault="00E63380">
      <w:sdt>
        <w:sdtPr>
          <w:id w:val="99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Oferta nie obejmuje produktów, usług ani procesów ICT.</w:t>
      </w:r>
      <w:sdt>
        <w:sdtPr>
          <w:id w:val="990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Oferta obejmuje ICT; oświadczam, że nie obejmuje produktów ICT, usług ICT ani procesów ICT wskazanych w rekomendacji, o której mowa w art. 33 ust. 4 ustawy o krajowym systemie cyberbezpieczeństwa, stwierdzającej negatywny wpływ na podstawowy interes bezpieczeństwa państwa, ani produktów ICT, których typ określono w decyzji z art. 67b ust. 15 tej ustawy, lub usług ICT albo procesów ICT określonych w tej decyzji, w zakresie uzasadniającym odrzucenie oferty na podstawie art. 226 ust. 1 pkt 17 lub 19 ustawy Pzp.</w:t>
      </w:r>
      <w:sdt>
        <w:sdtPr>
          <w:id w:val="990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872">
            <w:rPr>
              <w:rFonts w:ascii="MS Gothic" w:eastAsia="MS Gothic" w:hAnsi="MS Gothic" w:hint="eastAsia"/>
            </w:rPr>
            <w:t>☐</w:t>
          </w:r>
        </w:sdtContent>
      </w:sdt>
      <w:r w:rsidR="00F05872">
        <w:t xml:space="preserve"> Oferta obejmuje element wymagający ujawnienia w związku z taką rekomendacją albo decyzją: ____________________.</w:t>
      </w:r>
    </w:p>
    <w:p w14:paraId="694B63D0" w14:textId="77777777" w:rsidR="00260F09" w:rsidRDefault="00F05872">
      <w:r>
        <w:lastRenderedPageBreak/>
        <w:t>Dane producentów, modeli, konfiguracji i wersji oferowanych produktów ICT wskazałem w OPZ. Oświadczenie nie zastępuje ustawowej weryfikacji dokonywanej przez Zamawiającego. Wszystkie informacje podane w tym formularzu są aktualne i zgodne z prawdą.</w:t>
      </w:r>
    </w:p>
    <w:p w14:paraId="0C41034C" w14:textId="77777777" w:rsidR="00260F09" w:rsidRDefault="00F05872">
      <w:r>
        <w:t>Data: ____________________</w:t>
      </w:r>
    </w:p>
    <w:p w14:paraId="35284131" w14:textId="77777777" w:rsidR="00260F09" w:rsidRDefault="00F05872">
      <w:r>
        <w:t>Dokument należy opatrzyć kwalifikowanym podpisem elektronicznym, podpisem zaufanym albo podpisem osobistym osoby uprawnionej do reprezentowania Wykonawcy.</w:t>
      </w:r>
    </w:p>
    <w:sectPr w:rsidR="00260F09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885D" w14:textId="77777777" w:rsidR="00E63380" w:rsidRDefault="00E63380">
      <w:pPr>
        <w:spacing w:after="0" w:line="240" w:lineRule="auto"/>
      </w:pPr>
      <w:r>
        <w:separator/>
      </w:r>
    </w:p>
  </w:endnote>
  <w:endnote w:type="continuationSeparator" w:id="0">
    <w:p w14:paraId="56074905" w14:textId="77777777" w:rsidR="00E63380" w:rsidRDefault="00E6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E4AB" w14:textId="77777777" w:rsidR="00260F09" w:rsidRDefault="00F05872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F50B8" w14:textId="77777777" w:rsidR="00E63380" w:rsidRDefault="00E63380">
      <w:pPr>
        <w:spacing w:after="0" w:line="240" w:lineRule="auto"/>
      </w:pPr>
      <w:r>
        <w:separator/>
      </w:r>
    </w:p>
  </w:footnote>
  <w:footnote w:type="continuationSeparator" w:id="0">
    <w:p w14:paraId="242B2B05" w14:textId="77777777" w:rsidR="00E63380" w:rsidRDefault="00E63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7C2A" w14:textId="77777777" w:rsidR="00260F09" w:rsidRDefault="00F05872">
    <w:pPr>
      <w:spacing w:after="0"/>
      <w:jc w:val="center"/>
    </w:pPr>
    <w:r>
      <w:rPr>
        <w:noProof/>
      </w:rPr>
      <w:drawing>
        <wp:inline distT="0" distB="0" distL="0" distR="0" wp14:anchorId="623D9C68" wp14:editId="70A6212A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DD5FA8"/>
    <w:multiLevelType w:val="singleLevel"/>
    <w:tmpl w:val="FD9ACA6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1B4E2CB0"/>
    <w:multiLevelType w:val="singleLevel"/>
    <w:tmpl w:val="0E44AAB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2270517B"/>
    <w:multiLevelType w:val="singleLevel"/>
    <w:tmpl w:val="655E659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291127D9"/>
    <w:multiLevelType w:val="singleLevel"/>
    <w:tmpl w:val="B296906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482A28C4"/>
    <w:multiLevelType w:val="singleLevel"/>
    <w:tmpl w:val="685CEA10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545D2940"/>
    <w:multiLevelType w:val="singleLevel"/>
    <w:tmpl w:val="74764B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5BBE48A3"/>
    <w:multiLevelType w:val="singleLevel"/>
    <w:tmpl w:val="B0948EA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5D0A138F"/>
    <w:multiLevelType w:val="singleLevel"/>
    <w:tmpl w:val="1612F7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5F3A0AEF"/>
    <w:multiLevelType w:val="singleLevel"/>
    <w:tmpl w:val="42C83F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68612981"/>
    <w:multiLevelType w:val="singleLevel"/>
    <w:tmpl w:val="037640E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6C1530DD"/>
    <w:multiLevelType w:val="singleLevel"/>
    <w:tmpl w:val="A01CD8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704B2BB9"/>
    <w:multiLevelType w:val="singleLevel"/>
    <w:tmpl w:val="4A66B2D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780B03E8"/>
    <w:multiLevelType w:val="singleLevel"/>
    <w:tmpl w:val="2402C6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6122027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2651F"/>
    <w:rsid w:val="0015074B"/>
    <w:rsid w:val="00151E5D"/>
    <w:rsid w:val="001D7365"/>
    <w:rsid w:val="00231A49"/>
    <w:rsid w:val="00260F09"/>
    <w:rsid w:val="002629B0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F3C46"/>
    <w:rsid w:val="0044702C"/>
    <w:rsid w:val="0047396B"/>
    <w:rsid w:val="004946AC"/>
    <w:rsid w:val="004B4E14"/>
    <w:rsid w:val="004E5ED7"/>
    <w:rsid w:val="004F3185"/>
    <w:rsid w:val="00501C79"/>
    <w:rsid w:val="005020EC"/>
    <w:rsid w:val="00552475"/>
    <w:rsid w:val="00583B7C"/>
    <w:rsid w:val="005A5B0C"/>
    <w:rsid w:val="005F6678"/>
    <w:rsid w:val="00667485"/>
    <w:rsid w:val="006B25CF"/>
    <w:rsid w:val="006D07D2"/>
    <w:rsid w:val="00710B53"/>
    <w:rsid w:val="00761B40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D16AA"/>
    <w:rsid w:val="008E1765"/>
    <w:rsid w:val="008E68CC"/>
    <w:rsid w:val="008E6966"/>
    <w:rsid w:val="00906791"/>
    <w:rsid w:val="00922B84"/>
    <w:rsid w:val="00983DE4"/>
    <w:rsid w:val="00985EBD"/>
    <w:rsid w:val="009A6AB1"/>
    <w:rsid w:val="009E74CD"/>
    <w:rsid w:val="00A15AC1"/>
    <w:rsid w:val="00A1687C"/>
    <w:rsid w:val="00A272B0"/>
    <w:rsid w:val="00A43B89"/>
    <w:rsid w:val="00A524F0"/>
    <w:rsid w:val="00A52EAD"/>
    <w:rsid w:val="00A54325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84747"/>
    <w:rsid w:val="00DA1A9A"/>
    <w:rsid w:val="00DA6B4B"/>
    <w:rsid w:val="00E10D67"/>
    <w:rsid w:val="00E26C3F"/>
    <w:rsid w:val="00E61887"/>
    <w:rsid w:val="00E63380"/>
    <w:rsid w:val="00EC66A3"/>
    <w:rsid w:val="00ED1EDE"/>
    <w:rsid w:val="00EE4B4D"/>
    <w:rsid w:val="00EE67A2"/>
    <w:rsid w:val="00EF1B16"/>
    <w:rsid w:val="00F0025B"/>
    <w:rsid w:val="00F05872"/>
    <w:rsid w:val="00F116F1"/>
    <w:rsid w:val="00F3734E"/>
    <w:rsid w:val="00F37879"/>
    <w:rsid w:val="00F50FA7"/>
    <w:rsid w:val="00F57676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A03BA0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4429</Characters>
  <Application>Microsoft Office Word</Application>
  <DocSecurity>0</DocSecurity>
  <Lines>36</Lines>
  <Paragraphs>10</Paragraphs>
  <ScaleCrop>false</ScaleCrop>
  <Manager/>
  <Company/>
  <LinksUpToDate>false</LinksUpToDate>
  <CharactersWithSpaces>5157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2026-09-11T22:14:00Z</dcterms:created>
  <dcterms:modified xsi:type="dcterms:W3CDTF">2026-09-24T10:02:00Z</dcterms:modified>
  <cp:category/>
  <dc:language/>
</cp:coreProperties>
</file>