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A029" w14:textId="77777777" w:rsidR="001D77D0" w:rsidRPr="0084334D" w:rsidRDefault="00FA3D34">
      <w:pPr>
        <w:spacing w:before="100" w:after="120"/>
        <w:jc w:val="center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b/>
          <w:szCs w:val="24"/>
          <w:lang w:val="pl-PL"/>
        </w:rPr>
        <w:t>ZAŁĄCZNIK NR 2 DO SWZ</w:t>
      </w:r>
    </w:p>
    <w:p w14:paraId="655EFEAC" w14:textId="72B28738" w:rsidR="00820289" w:rsidRPr="00820289" w:rsidRDefault="00820289">
      <w:pPr>
        <w:spacing w:after="160"/>
        <w:jc w:val="center"/>
        <w:rPr>
          <w:rFonts w:ascii="Aptos" w:hAnsi="Aptos" w:cs="Arial"/>
          <w:iCs/>
          <w:szCs w:val="24"/>
          <w:lang w:val="pl-PL"/>
        </w:rPr>
      </w:pPr>
      <w:r w:rsidRPr="00820289">
        <w:rPr>
          <w:rFonts w:ascii="Aptos" w:hAnsi="Aptos" w:cs="Arial"/>
          <w:iCs/>
          <w:szCs w:val="24"/>
          <w:lang w:val="pl-PL"/>
        </w:rPr>
        <w:t>Formularz ofertowy</w:t>
      </w:r>
    </w:p>
    <w:p w14:paraId="68A9EE5F" w14:textId="77777777" w:rsidR="000D4BEF" w:rsidRPr="0084334D" w:rsidRDefault="000D4BEF">
      <w:pPr>
        <w:spacing w:before="160" w:after="100"/>
        <w:jc w:val="center"/>
        <w:rPr>
          <w:rFonts w:ascii="Aptos" w:hAnsi="Aptos" w:cs="Arial"/>
          <w:b/>
          <w:szCs w:val="24"/>
          <w:lang w:val="pl-PL"/>
        </w:rPr>
      </w:pPr>
    </w:p>
    <w:p w14:paraId="5A2A8E4C" w14:textId="77777777" w:rsidR="001D77D0" w:rsidRPr="0084334D" w:rsidRDefault="00FA3D34">
      <w:pPr>
        <w:spacing w:before="160" w:after="100"/>
        <w:jc w:val="center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b/>
          <w:szCs w:val="24"/>
          <w:lang w:val="pl-PL"/>
        </w:rPr>
        <w:t>na zadanie pn.</w:t>
      </w:r>
    </w:p>
    <w:p w14:paraId="2DA1E702" w14:textId="7E1A5CCA" w:rsidR="001D77D0" w:rsidRPr="0084334D" w:rsidRDefault="00FA3D34">
      <w:pPr>
        <w:spacing w:before="160"/>
        <w:jc w:val="center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b/>
          <w:szCs w:val="24"/>
          <w:lang w:val="pl-PL"/>
        </w:rPr>
        <w:t>„</w:t>
      </w:r>
      <w:r w:rsidR="00820289" w:rsidRPr="00820289">
        <w:rPr>
          <w:rFonts w:ascii="Aptos" w:hAnsi="Aptos" w:cs="Arial"/>
          <w:b/>
          <w:szCs w:val="24"/>
          <w:lang w:val="pl-PL"/>
        </w:rPr>
        <w:t>Świadczenie usług społecznych, opiekuńczych i specjalistycznych</w:t>
      </w:r>
      <w:r w:rsidRPr="0084334D">
        <w:rPr>
          <w:rFonts w:ascii="Aptos" w:hAnsi="Aptos" w:cs="Arial"/>
          <w:b/>
          <w:szCs w:val="24"/>
          <w:lang w:val="pl-PL"/>
        </w:rPr>
        <w:t>”</w:t>
      </w:r>
    </w:p>
    <w:p w14:paraId="3727F2B2" w14:textId="77777777" w:rsidR="000D4BEF" w:rsidRPr="0084334D" w:rsidRDefault="000D4BEF">
      <w:pPr>
        <w:spacing w:after="100"/>
        <w:jc w:val="center"/>
        <w:rPr>
          <w:rFonts w:ascii="Aptos" w:hAnsi="Aptos" w:cs="Arial"/>
          <w:b/>
          <w:szCs w:val="24"/>
          <w:lang w:val="pl-PL"/>
        </w:rPr>
      </w:pPr>
    </w:p>
    <w:p w14:paraId="12966EA2" w14:textId="77777777" w:rsidR="001D77D0" w:rsidRPr="0084334D" w:rsidRDefault="00FA3D34">
      <w:pPr>
        <w:spacing w:after="100"/>
        <w:jc w:val="center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b/>
          <w:szCs w:val="24"/>
          <w:lang w:val="pl-PL"/>
        </w:rPr>
        <w:t>Projekt „Rozwijamy usługi społeczne w Gminie Kawęczyn”, nr FEWP.10.01-IZ.00-0006/25</w:t>
      </w:r>
    </w:p>
    <w:p w14:paraId="301EF9C5" w14:textId="77777777" w:rsidR="001D77D0" w:rsidRPr="0084334D" w:rsidRDefault="00FA3D34" w:rsidP="00511063">
      <w:pPr>
        <w:spacing w:after="240"/>
        <w:jc w:val="center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Program Fundusze Europejskie dla Wielkopolski 2021-2027; współfinansowanie z Funduszu na rzecz Sprawiedliwej Transformacji</w:t>
      </w:r>
    </w:p>
    <w:p w14:paraId="2F60C7E5" w14:textId="77777777" w:rsidR="00444AA3" w:rsidRPr="0084334D" w:rsidRDefault="00CC4D3C">
      <w:pPr>
        <w:rPr>
          <w:rFonts w:ascii="Aptos" w:hAnsi="Aptos"/>
          <w:szCs w:val="24"/>
          <w:lang w:val="pl-PL"/>
        </w:rPr>
      </w:pPr>
      <w:r w:rsidRPr="0084334D">
        <w:rPr>
          <w:rFonts w:ascii="Aptos" w:hAnsi="Aptos"/>
          <w:szCs w:val="24"/>
          <w:lang w:val="pl-PL"/>
        </w:rPr>
        <w:t>Numer postępowania: ROŚ.271.45.2026</w:t>
      </w:r>
    </w:p>
    <w:p w14:paraId="2EE1610D" w14:textId="77777777" w:rsidR="001D77D0" w:rsidRPr="0084334D" w:rsidRDefault="00FA3D34">
      <w:pPr>
        <w:pStyle w:val="Nagwek1"/>
        <w:spacing w:before="140" w:after="60"/>
        <w:rPr>
          <w:rFonts w:ascii="Aptos" w:hAnsi="Aptos" w:cs="Arial"/>
          <w:szCs w:val="24"/>
          <w:lang w:val="pl-PL"/>
        </w:rPr>
      </w:pPr>
      <w:r w:rsidRPr="0084334D">
        <w:rPr>
          <w:rFonts w:ascii="Aptos" w:eastAsia="Arial" w:hAnsi="Aptos" w:cs="Arial"/>
          <w:szCs w:val="24"/>
          <w:lang w:val="pl-PL"/>
        </w:rPr>
        <w:t>I.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1D77D0" w:rsidRPr="0084334D" w14:paraId="71EB10FB" w14:textId="77777777" w:rsidTr="00E85A08">
        <w:trPr>
          <w:tblHeader/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75506CB" w14:textId="77777777" w:rsidR="001D77D0" w:rsidRPr="0084334D" w:rsidRDefault="00FA3D34">
            <w:pPr>
              <w:jc w:val="center"/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Dane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3F24FC5" w14:textId="77777777" w:rsidR="001D77D0" w:rsidRPr="0084334D" w:rsidRDefault="00FA3D34">
            <w:pPr>
              <w:jc w:val="center"/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Do uzupełnienia</w:t>
            </w:r>
          </w:p>
        </w:tc>
      </w:tr>
      <w:tr w:rsidR="001D77D0" w:rsidRPr="0084334D" w14:paraId="0336C3A7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1F753E9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Nazwa / imię i nazwisko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85AECAE" w14:textId="77777777" w:rsidR="001D77D0" w:rsidRPr="0084334D" w:rsidRDefault="001D77D0">
            <w:pPr>
              <w:rPr>
                <w:rFonts w:ascii="Aptos" w:hAnsi="Aptos" w:cs="Arial"/>
                <w:szCs w:val="24"/>
                <w:lang w:val="pl-PL"/>
              </w:rPr>
            </w:pPr>
          </w:p>
        </w:tc>
      </w:tr>
      <w:tr w:rsidR="001D77D0" w:rsidRPr="0084334D" w14:paraId="1EDAFFD7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6FC9B7B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Adres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3E5B846" w14:textId="77777777" w:rsidR="001D77D0" w:rsidRPr="0084334D" w:rsidRDefault="001D77D0">
            <w:pPr>
              <w:rPr>
                <w:rFonts w:ascii="Aptos" w:hAnsi="Aptos" w:cs="Arial"/>
                <w:szCs w:val="24"/>
                <w:lang w:val="pl-PL"/>
              </w:rPr>
            </w:pPr>
          </w:p>
        </w:tc>
      </w:tr>
      <w:tr w:rsidR="001D77D0" w:rsidRPr="0084334D" w14:paraId="378FBF99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295AD9A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NIP / REGON / KRS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331C642" w14:textId="77777777" w:rsidR="001D77D0" w:rsidRPr="0084334D" w:rsidRDefault="001D77D0">
            <w:pPr>
              <w:rPr>
                <w:rFonts w:ascii="Aptos" w:hAnsi="Aptos" w:cs="Arial"/>
                <w:szCs w:val="24"/>
                <w:lang w:val="pl-PL"/>
              </w:rPr>
            </w:pPr>
          </w:p>
        </w:tc>
      </w:tr>
      <w:tr w:rsidR="001D77D0" w:rsidRPr="0084334D" w14:paraId="7A2C9436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0B62075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E-mail / telefon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607F41C" w14:textId="77777777" w:rsidR="001D77D0" w:rsidRPr="0084334D" w:rsidRDefault="001D77D0">
            <w:pPr>
              <w:rPr>
                <w:rFonts w:ascii="Aptos" w:hAnsi="Aptos" w:cs="Arial"/>
                <w:szCs w:val="24"/>
                <w:lang w:val="pl-PL"/>
              </w:rPr>
            </w:pPr>
          </w:p>
        </w:tc>
      </w:tr>
      <w:tr w:rsidR="001D77D0" w:rsidRPr="0084334D" w14:paraId="6F5966AF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B3EC4BF" w14:textId="77777777" w:rsidR="00E85A08" w:rsidRPr="0084334D" w:rsidRDefault="00FA3D34">
            <w:pPr>
              <w:rPr>
                <w:rFonts w:ascii="Aptos" w:hAnsi="Aptos" w:cs="Arial"/>
                <w:bCs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Cs/>
                <w:szCs w:val="24"/>
                <w:lang w:val="pl-PL"/>
              </w:rPr>
              <w:t>Status MŚP / status PES</w:t>
            </w:r>
            <w:r w:rsidR="00E85A08" w:rsidRPr="0084334D">
              <w:rPr>
                <w:rFonts w:ascii="Aptos" w:hAnsi="Aptos" w:cs="Arial"/>
                <w:bCs/>
                <w:szCs w:val="24"/>
                <w:lang w:val="pl-PL"/>
              </w:rPr>
              <w:br/>
            </w:r>
          </w:p>
          <w:p w14:paraId="520E80DE" w14:textId="77777777" w:rsidR="001D77D0" w:rsidRPr="0084334D" w:rsidRDefault="00E85A08">
            <w:pPr>
              <w:rPr>
                <w:rFonts w:ascii="Aptos" w:hAnsi="Aptos" w:cs="Arial"/>
                <w:bCs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Cs/>
                <w:szCs w:val="24"/>
                <w:lang w:val="pl-PL"/>
              </w:rPr>
              <w:t>Proszę zaznaczyć właściwe</w:t>
            </w:r>
          </w:p>
          <w:p w14:paraId="1172A84E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6AF8223" w14:textId="77777777" w:rsidR="00E85A08" w:rsidRPr="0084334D" w:rsidRDefault="00CC4D3C" w:rsidP="00E85A08">
            <w:pPr>
              <w:rPr>
                <w:rFonts w:ascii="Aptos" w:hAnsi="Aptos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143300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08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  <w:r w:rsidR="00E85A08" w:rsidRPr="0084334D">
              <w:rPr>
                <w:rFonts w:ascii="Aptos" w:hAnsi="Aptos"/>
                <w:szCs w:val="24"/>
                <w:lang w:val="pl-PL"/>
              </w:rPr>
              <w:t xml:space="preserve"> mikroprzedsiębiorca    </w:t>
            </w: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114882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08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  <w:r w:rsidR="00E85A08" w:rsidRPr="0084334D">
              <w:rPr>
                <w:rFonts w:ascii="Aptos" w:hAnsi="Aptos"/>
                <w:szCs w:val="24"/>
                <w:lang w:val="pl-PL"/>
              </w:rPr>
              <w:t xml:space="preserve"> mały przedsiębiorca    </w:t>
            </w: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36676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08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  <w:r w:rsidR="00E85A08" w:rsidRPr="0084334D">
              <w:rPr>
                <w:rFonts w:ascii="Aptos" w:hAnsi="Aptos"/>
                <w:szCs w:val="24"/>
                <w:lang w:val="pl-PL"/>
              </w:rPr>
              <w:t xml:space="preserve"> średni przedsiębiorca</w:t>
            </w:r>
          </w:p>
          <w:p w14:paraId="462075B2" w14:textId="77777777" w:rsidR="00E85A08" w:rsidRPr="0084334D" w:rsidRDefault="00CC4D3C" w:rsidP="00E85A08">
            <w:pPr>
              <w:rPr>
                <w:rFonts w:ascii="Aptos" w:hAnsi="Aptos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137853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08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  <w:r w:rsidR="00E85A08" w:rsidRPr="0084334D">
              <w:rPr>
                <w:rFonts w:ascii="Aptos" w:hAnsi="Aptos"/>
                <w:szCs w:val="24"/>
                <w:lang w:val="pl-PL"/>
              </w:rPr>
              <w:t xml:space="preserve"> duży przedsiębiorca    </w:t>
            </w: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79537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08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  <w:r w:rsidR="00E85A08" w:rsidRPr="0084334D">
              <w:rPr>
                <w:rFonts w:ascii="Aptos" w:hAnsi="Aptos"/>
                <w:szCs w:val="24"/>
                <w:lang w:val="pl-PL"/>
              </w:rPr>
              <w:t xml:space="preserve"> osoba fizyczna nieprowadząca działalności gospodarczej  </w:t>
            </w:r>
            <w:r w:rsidR="00E85A08" w:rsidRPr="0084334D">
              <w:rPr>
                <w:rFonts w:ascii="Aptos" w:hAnsi="Aptos"/>
                <w:szCs w:val="24"/>
                <w:lang w:val="pl-PL"/>
              </w:rPr>
              <w:br/>
              <w:t xml:space="preserve"> </w:t>
            </w:r>
            <w:r w:rsidR="00E85A08" w:rsidRPr="0084334D">
              <w:rPr>
                <w:rFonts w:ascii="Aptos" w:hAnsi="Aptos"/>
                <w:szCs w:val="24"/>
                <w:lang w:val="pl-PL"/>
              </w:rPr>
              <w:br/>
            </w: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12925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08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  <w:r w:rsidR="00E85A08" w:rsidRPr="0084334D">
              <w:rPr>
                <w:rFonts w:ascii="Aptos" w:hAnsi="Aptos"/>
                <w:szCs w:val="24"/>
                <w:lang w:val="pl-PL"/>
              </w:rPr>
              <w:t xml:space="preserve"> inny rodzaj: ................................................</w:t>
            </w:r>
          </w:p>
          <w:p w14:paraId="6650069A" w14:textId="77777777" w:rsidR="00E85A08" w:rsidRPr="0084334D" w:rsidRDefault="00E85A08">
            <w:pPr>
              <w:rPr>
                <w:rFonts w:ascii="Aptos" w:hAnsi="Aptos" w:cs="Arial"/>
                <w:color w:val="auto"/>
                <w:szCs w:val="24"/>
                <w:highlight w:val="yellow"/>
                <w:lang w:val="pl-PL"/>
              </w:rPr>
            </w:pPr>
          </w:p>
          <w:p w14:paraId="271A3317" w14:textId="77777777" w:rsidR="00E85A08" w:rsidRPr="0084334D" w:rsidRDefault="00E85A08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  <w:p w14:paraId="3326B779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 xml:space="preserve">podmiot ekonomii społecznej: </w:t>
            </w:r>
            <w:r w:rsidR="00E85A08" w:rsidRPr="0084334D">
              <w:rPr>
                <w:rFonts w:ascii="Aptos" w:hAnsi="Aptos" w:cs="Arial"/>
                <w:szCs w:val="24"/>
                <w:lang w:val="pl-PL"/>
              </w:rPr>
              <w:br/>
            </w:r>
            <w:r w:rsidRPr="0084334D">
              <w:rPr>
                <w:rFonts w:ascii="Aptos" w:hAnsi="Aptos" w:cs="Arial"/>
                <w:szCs w:val="24"/>
                <w:lang w:val="pl-PL"/>
              </w:rPr>
              <w:t>[</w:t>
            </w:r>
            <w:sdt>
              <w:sdtPr>
                <w:rPr>
                  <w:rFonts w:ascii="Aptos" w:hAnsi="Aptos" w:cs="Arial"/>
                  <w:szCs w:val="24"/>
                  <w:lang w:val="pl-PL"/>
                </w:rPr>
                <w:id w:val="107763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08" w:rsidRPr="0084334D">
                  <w:rPr>
                    <w:rFonts w:ascii="Aptos" w:eastAsia="MS Gothic" w:hAnsi="Aptos" w:cs="Arial"/>
                    <w:szCs w:val="24"/>
                    <w:lang w:val="pl-PL"/>
                  </w:rPr>
                  <w:t>☐</w:t>
                </w:r>
              </w:sdtContent>
            </w:sdt>
            <w:r w:rsidR="00E85A08" w:rsidRPr="0084334D">
              <w:rPr>
                <w:rFonts w:ascii="Aptos" w:hAnsi="Aptos"/>
                <w:szCs w:val="24"/>
                <w:lang w:val="pl-PL"/>
              </w:rPr>
              <w:t xml:space="preserve"> </w:t>
            </w:r>
            <w:r w:rsidRPr="0084334D">
              <w:rPr>
                <w:rFonts w:ascii="Aptos" w:hAnsi="Aptos" w:cs="Arial"/>
                <w:szCs w:val="24"/>
                <w:lang w:val="pl-PL"/>
              </w:rPr>
              <w:t xml:space="preserve">TAK / </w:t>
            </w:r>
            <w:sdt>
              <w:sdtPr>
                <w:rPr>
                  <w:rFonts w:ascii="Aptos" w:hAnsi="Aptos" w:cs="Arial"/>
                  <w:szCs w:val="24"/>
                  <w:lang w:val="pl-PL"/>
                </w:rPr>
                <w:id w:val="76696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A08" w:rsidRPr="0084334D">
                  <w:rPr>
                    <w:rFonts w:ascii="Aptos" w:eastAsia="MS Gothic" w:hAnsi="Aptos" w:cs="Arial"/>
                    <w:szCs w:val="24"/>
                    <w:lang w:val="pl-PL"/>
                  </w:rPr>
                  <w:t>☐</w:t>
                </w:r>
              </w:sdtContent>
            </w:sdt>
            <w:r w:rsidR="00E85A08" w:rsidRPr="0084334D">
              <w:rPr>
                <w:rFonts w:ascii="Aptos" w:hAnsi="Aptos"/>
                <w:szCs w:val="24"/>
                <w:lang w:val="pl-PL"/>
              </w:rPr>
              <w:t xml:space="preserve"> </w:t>
            </w:r>
            <w:r w:rsidRPr="0084334D">
              <w:rPr>
                <w:rFonts w:ascii="Aptos" w:hAnsi="Aptos" w:cs="Arial"/>
                <w:szCs w:val="24"/>
                <w:lang w:val="pl-PL"/>
              </w:rPr>
              <w:t>NIE]</w:t>
            </w:r>
          </w:p>
        </w:tc>
      </w:tr>
    </w:tbl>
    <w:p w14:paraId="53C53D96" w14:textId="77777777" w:rsidR="0075252D" w:rsidRPr="0084334D" w:rsidRDefault="0075252D">
      <w:pPr>
        <w:pStyle w:val="Nagwek1"/>
        <w:spacing w:before="140" w:after="60"/>
        <w:rPr>
          <w:rFonts w:ascii="Aptos" w:eastAsia="Arial" w:hAnsi="Aptos" w:cs="Arial"/>
          <w:color w:val="auto"/>
          <w:szCs w:val="24"/>
          <w:lang w:val="pl-PL"/>
        </w:rPr>
      </w:pPr>
    </w:p>
    <w:p w14:paraId="50D880A1" w14:textId="77777777" w:rsidR="001D77D0" w:rsidRPr="0084334D" w:rsidRDefault="00FA3D34">
      <w:pPr>
        <w:pStyle w:val="Nagwek1"/>
        <w:spacing w:before="140" w:after="60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eastAsia="Arial" w:hAnsi="Aptos" w:cs="Arial"/>
          <w:szCs w:val="24"/>
          <w:lang w:val="pl-PL"/>
        </w:rPr>
        <w:t>II. OFEROWANE CENY</w:t>
      </w:r>
    </w:p>
    <w:p w14:paraId="1CCB71DD" w14:textId="77777777" w:rsidR="001D77D0" w:rsidRPr="0084334D" w:rsidRDefault="00FA3D34" w:rsidP="008D3506">
      <w:pPr>
        <w:spacing w:after="100"/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/>
          <w:szCs w:val="24"/>
          <w:lang w:val="pl-PL"/>
        </w:rPr>
        <w:t>Cena obejmuje wszystkie koszty pełnego wykonania, a nie wyłącznie wynagrodzenie osoby wykonującej usługę. Wartość netto i brutto każdej części należy obliczyć dla maksymalnego zakresu godzin wskazanego w formularzu. Rozliczenie nastąpi za godziny faktycznie wykonane i odebrane, przy czym Zamawiający gwarantuje zakres minimalny określony w SWZ, OPZ i projekcie umowy.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87"/>
        <w:gridCol w:w="1583"/>
        <w:gridCol w:w="1210"/>
        <w:gridCol w:w="1205"/>
        <w:gridCol w:w="1212"/>
        <w:gridCol w:w="1208"/>
        <w:gridCol w:w="1215"/>
        <w:gridCol w:w="1215"/>
      </w:tblGrid>
      <w:tr w:rsidR="001D77D0" w:rsidRPr="0084334D" w14:paraId="6EB48DEA" w14:textId="77777777" w:rsidTr="0075252D">
        <w:trPr>
          <w:jc w:val="center"/>
        </w:trPr>
        <w:tc>
          <w:tcPr>
            <w:tcW w:w="846" w:type="dxa"/>
            <w:vAlign w:val="center"/>
          </w:tcPr>
          <w:p w14:paraId="43DBE8CD" w14:textId="77777777" w:rsidR="001D77D0" w:rsidRPr="0084334D" w:rsidRDefault="00FA3D34">
            <w:pPr>
              <w:jc w:val="center"/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lastRenderedPageBreak/>
              <w:t>Część</w:t>
            </w:r>
          </w:p>
        </w:tc>
        <w:tc>
          <w:tcPr>
            <w:tcW w:w="1588" w:type="dxa"/>
            <w:vAlign w:val="center"/>
          </w:tcPr>
          <w:p w14:paraId="667EDF2E" w14:textId="77777777" w:rsidR="001D77D0" w:rsidRPr="0084334D" w:rsidRDefault="00FA3D34">
            <w:pPr>
              <w:jc w:val="center"/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Nazwa</w:t>
            </w:r>
          </w:p>
        </w:tc>
        <w:tc>
          <w:tcPr>
            <w:tcW w:w="1217" w:type="dxa"/>
            <w:vAlign w:val="center"/>
          </w:tcPr>
          <w:p w14:paraId="2C44D854" w14:textId="77777777" w:rsidR="001D77D0" w:rsidRPr="0084334D" w:rsidRDefault="00FA3D34">
            <w:pPr>
              <w:jc w:val="center"/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Zakres</w:t>
            </w:r>
          </w:p>
        </w:tc>
        <w:tc>
          <w:tcPr>
            <w:tcW w:w="1217" w:type="dxa"/>
            <w:vAlign w:val="center"/>
          </w:tcPr>
          <w:p w14:paraId="682BE894" w14:textId="77777777" w:rsidR="001D77D0" w:rsidRPr="0084334D" w:rsidRDefault="00FA3D34">
            <w:pPr>
              <w:jc w:val="center"/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Cena jedn. netto</w:t>
            </w:r>
          </w:p>
        </w:tc>
        <w:tc>
          <w:tcPr>
            <w:tcW w:w="1216" w:type="dxa"/>
            <w:vAlign w:val="center"/>
          </w:tcPr>
          <w:p w14:paraId="77865C57" w14:textId="77777777" w:rsidR="00A66600" w:rsidRPr="0084334D" w:rsidRDefault="00CC4D3C">
            <w:pPr>
              <w:rPr>
                <w:rFonts w:ascii="Aptos" w:hAnsi="Aptos"/>
                <w:szCs w:val="24"/>
                <w:lang w:val="pl-PL"/>
              </w:rPr>
            </w:pPr>
            <w:r w:rsidRPr="0084334D">
              <w:rPr>
                <w:rFonts w:ascii="Aptos" w:hAnsi="Aptos"/>
                <w:b/>
                <w:szCs w:val="24"/>
                <w:lang w:val="pl-PL"/>
              </w:rPr>
              <w:t>VAT (stawka / zw.)</w:t>
            </w:r>
          </w:p>
        </w:tc>
        <w:tc>
          <w:tcPr>
            <w:tcW w:w="1217" w:type="dxa"/>
            <w:vAlign w:val="center"/>
          </w:tcPr>
          <w:p w14:paraId="789168FE" w14:textId="77777777" w:rsidR="001D77D0" w:rsidRPr="0084334D" w:rsidRDefault="00FA3D34">
            <w:pPr>
              <w:jc w:val="center"/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Cena jedn. brutto</w:t>
            </w:r>
          </w:p>
        </w:tc>
        <w:tc>
          <w:tcPr>
            <w:tcW w:w="1217" w:type="dxa"/>
            <w:vAlign w:val="center"/>
          </w:tcPr>
          <w:p w14:paraId="7D75CDFB" w14:textId="77777777" w:rsidR="001D77D0" w:rsidRPr="0084334D" w:rsidRDefault="00FA3D34">
            <w:pPr>
              <w:jc w:val="center"/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Wartość netto</w:t>
            </w:r>
          </w:p>
        </w:tc>
        <w:tc>
          <w:tcPr>
            <w:tcW w:w="1217" w:type="dxa"/>
            <w:vAlign w:val="center"/>
          </w:tcPr>
          <w:p w14:paraId="2B6C242D" w14:textId="77777777" w:rsidR="001D77D0" w:rsidRPr="0084334D" w:rsidRDefault="00FA3D34">
            <w:pPr>
              <w:jc w:val="center"/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Wartość brutto</w:t>
            </w:r>
          </w:p>
        </w:tc>
      </w:tr>
      <w:tr w:rsidR="001D77D0" w:rsidRPr="0084334D" w14:paraId="3BE391E5" w14:textId="77777777" w:rsidTr="0075252D">
        <w:trPr>
          <w:jc w:val="center"/>
        </w:trPr>
        <w:tc>
          <w:tcPr>
            <w:tcW w:w="846" w:type="dxa"/>
            <w:vAlign w:val="center"/>
          </w:tcPr>
          <w:p w14:paraId="1FB5335C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1</w:t>
            </w:r>
          </w:p>
        </w:tc>
        <w:tc>
          <w:tcPr>
            <w:tcW w:w="1588" w:type="dxa"/>
            <w:vAlign w:val="center"/>
          </w:tcPr>
          <w:p w14:paraId="058012E3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Usługi opiekuńcze</w:t>
            </w:r>
          </w:p>
        </w:tc>
        <w:tc>
          <w:tcPr>
            <w:tcW w:w="1217" w:type="dxa"/>
            <w:vAlign w:val="center"/>
          </w:tcPr>
          <w:p w14:paraId="1D61465D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9 600 h</w:t>
            </w:r>
          </w:p>
        </w:tc>
        <w:tc>
          <w:tcPr>
            <w:tcW w:w="1217" w:type="dxa"/>
            <w:vAlign w:val="center"/>
          </w:tcPr>
          <w:p w14:paraId="37D52498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6" w:type="dxa"/>
            <w:vAlign w:val="center"/>
          </w:tcPr>
          <w:p w14:paraId="06E9A7A6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4CD14945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13F4BE3A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2F326899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</w:tr>
      <w:tr w:rsidR="001D77D0" w:rsidRPr="0084334D" w14:paraId="6F5CD819" w14:textId="77777777" w:rsidTr="0075252D">
        <w:trPr>
          <w:jc w:val="center"/>
        </w:trPr>
        <w:tc>
          <w:tcPr>
            <w:tcW w:w="846" w:type="dxa"/>
            <w:vAlign w:val="center"/>
          </w:tcPr>
          <w:p w14:paraId="2460CFA4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2</w:t>
            </w:r>
          </w:p>
        </w:tc>
        <w:tc>
          <w:tcPr>
            <w:tcW w:w="1588" w:type="dxa"/>
            <w:vAlign w:val="center"/>
          </w:tcPr>
          <w:p w14:paraId="310A8B10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AOON</w:t>
            </w:r>
          </w:p>
        </w:tc>
        <w:tc>
          <w:tcPr>
            <w:tcW w:w="1217" w:type="dxa"/>
            <w:vAlign w:val="center"/>
          </w:tcPr>
          <w:p w14:paraId="7C85BF66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2 400 h</w:t>
            </w:r>
          </w:p>
        </w:tc>
        <w:tc>
          <w:tcPr>
            <w:tcW w:w="1217" w:type="dxa"/>
            <w:vAlign w:val="center"/>
          </w:tcPr>
          <w:p w14:paraId="320C9D0C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6" w:type="dxa"/>
            <w:vAlign w:val="center"/>
          </w:tcPr>
          <w:p w14:paraId="28F1ABE7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5A5C8EE3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2BE28FBB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2DB0B6AD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</w:tr>
      <w:tr w:rsidR="001D77D0" w:rsidRPr="0084334D" w14:paraId="4BB3A8AA" w14:textId="77777777" w:rsidTr="0075252D">
        <w:trPr>
          <w:jc w:val="center"/>
        </w:trPr>
        <w:tc>
          <w:tcPr>
            <w:tcW w:w="846" w:type="dxa"/>
            <w:vAlign w:val="center"/>
          </w:tcPr>
          <w:p w14:paraId="57DB1B56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3</w:t>
            </w:r>
          </w:p>
        </w:tc>
        <w:tc>
          <w:tcPr>
            <w:tcW w:w="1588" w:type="dxa"/>
            <w:vAlign w:val="center"/>
          </w:tcPr>
          <w:p w14:paraId="0BB48D95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Fizjoterapia mobilna</w:t>
            </w:r>
          </w:p>
        </w:tc>
        <w:tc>
          <w:tcPr>
            <w:tcW w:w="1217" w:type="dxa"/>
            <w:vAlign w:val="center"/>
          </w:tcPr>
          <w:p w14:paraId="28A850B7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1 152 h</w:t>
            </w:r>
          </w:p>
        </w:tc>
        <w:tc>
          <w:tcPr>
            <w:tcW w:w="1217" w:type="dxa"/>
            <w:vAlign w:val="center"/>
          </w:tcPr>
          <w:p w14:paraId="5C2D502D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6" w:type="dxa"/>
            <w:vAlign w:val="center"/>
          </w:tcPr>
          <w:p w14:paraId="5169A411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5CC7F239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7DA44A92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22CDC963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</w:tr>
      <w:tr w:rsidR="001D77D0" w:rsidRPr="0084334D" w14:paraId="647A883E" w14:textId="77777777" w:rsidTr="0075252D">
        <w:trPr>
          <w:jc w:val="center"/>
        </w:trPr>
        <w:tc>
          <w:tcPr>
            <w:tcW w:w="846" w:type="dxa"/>
            <w:vAlign w:val="center"/>
          </w:tcPr>
          <w:p w14:paraId="465A6975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4</w:t>
            </w:r>
          </w:p>
        </w:tc>
        <w:tc>
          <w:tcPr>
            <w:tcW w:w="1588" w:type="dxa"/>
            <w:vAlign w:val="center"/>
          </w:tcPr>
          <w:p w14:paraId="158C9655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Psycholog</w:t>
            </w:r>
          </w:p>
        </w:tc>
        <w:tc>
          <w:tcPr>
            <w:tcW w:w="1217" w:type="dxa"/>
            <w:vAlign w:val="center"/>
          </w:tcPr>
          <w:p w14:paraId="4D6FF2C6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104 h</w:t>
            </w:r>
          </w:p>
        </w:tc>
        <w:tc>
          <w:tcPr>
            <w:tcW w:w="1217" w:type="dxa"/>
            <w:vAlign w:val="center"/>
          </w:tcPr>
          <w:p w14:paraId="5AC18319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6" w:type="dxa"/>
            <w:vAlign w:val="center"/>
          </w:tcPr>
          <w:p w14:paraId="4CCF48DF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472B7757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698E26C2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0D71DEBC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</w:tr>
      <w:tr w:rsidR="001D77D0" w:rsidRPr="0084334D" w14:paraId="4A02E23F" w14:textId="77777777" w:rsidTr="0075252D">
        <w:trPr>
          <w:jc w:val="center"/>
        </w:trPr>
        <w:tc>
          <w:tcPr>
            <w:tcW w:w="846" w:type="dxa"/>
            <w:vAlign w:val="center"/>
          </w:tcPr>
          <w:p w14:paraId="4BC9AA55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5</w:t>
            </w:r>
          </w:p>
        </w:tc>
        <w:tc>
          <w:tcPr>
            <w:tcW w:w="1588" w:type="dxa"/>
            <w:vAlign w:val="center"/>
          </w:tcPr>
          <w:p w14:paraId="129869BB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Logopeda</w:t>
            </w:r>
          </w:p>
        </w:tc>
        <w:tc>
          <w:tcPr>
            <w:tcW w:w="1217" w:type="dxa"/>
            <w:vAlign w:val="center"/>
          </w:tcPr>
          <w:p w14:paraId="7C1CDF28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96 h</w:t>
            </w:r>
          </w:p>
        </w:tc>
        <w:tc>
          <w:tcPr>
            <w:tcW w:w="1217" w:type="dxa"/>
            <w:vAlign w:val="center"/>
          </w:tcPr>
          <w:p w14:paraId="7AA9F285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6" w:type="dxa"/>
            <w:vAlign w:val="center"/>
          </w:tcPr>
          <w:p w14:paraId="64C9D538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2E05BDC1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2D4D6AFC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0E0DFF2C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</w:tr>
      <w:tr w:rsidR="001D77D0" w:rsidRPr="0084334D" w14:paraId="0DEB231D" w14:textId="77777777" w:rsidTr="0075252D">
        <w:trPr>
          <w:jc w:val="center"/>
        </w:trPr>
        <w:tc>
          <w:tcPr>
            <w:tcW w:w="846" w:type="dxa"/>
            <w:vAlign w:val="center"/>
          </w:tcPr>
          <w:p w14:paraId="6BAE6B9E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6A</w:t>
            </w:r>
          </w:p>
        </w:tc>
        <w:tc>
          <w:tcPr>
            <w:tcW w:w="1588" w:type="dxa"/>
            <w:vAlign w:val="center"/>
          </w:tcPr>
          <w:p w14:paraId="1D637959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Lekarz</w:t>
            </w:r>
          </w:p>
        </w:tc>
        <w:tc>
          <w:tcPr>
            <w:tcW w:w="1217" w:type="dxa"/>
            <w:vAlign w:val="center"/>
          </w:tcPr>
          <w:p w14:paraId="0C330302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8 h</w:t>
            </w:r>
          </w:p>
        </w:tc>
        <w:tc>
          <w:tcPr>
            <w:tcW w:w="1217" w:type="dxa"/>
            <w:vAlign w:val="center"/>
          </w:tcPr>
          <w:p w14:paraId="1C0715A2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6" w:type="dxa"/>
            <w:vAlign w:val="center"/>
          </w:tcPr>
          <w:p w14:paraId="56D59A47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5B8C78FF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370ABB5C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31C28167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</w:tr>
      <w:tr w:rsidR="001D77D0" w:rsidRPr="0084334D" w14:paraId="3EEDA703" w14:textId="77777777" w:rsidTr="0075252D">
        <w:trPr>
          <w:jc w:val="center"/>
        </w:trPr>
        <w:tc>
          <w:tcPr>
            <w:tcW w:w="846" w:type="dxa"/>
            <w:vAlign w:val="center"/>
          </w:tcPr>
          <w:p w14:paraId="10AEC915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6B</w:t>
            </w:r>
          </w:p>
        </w:tc>
        <w:tc>
          <w:tcPr>
            <w:tcW w:w="1588" w:type="dxa"/>
            <w:vAlign w:val="center"/>
          </w:tcPr>
          <w:p w14:paraId="1C64F14A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Dietetyk</w:t>
            </w:r>
          </w:p>
        </w:tc>
        <w:tc>
          <w:tcPr>
            <w:tcW w:w="1217" w:type="dxa"/>
            <w:vAlign w:val="center"/>
          </w:tcPr>
          <w:p w14:paraId="6789625F" w14:textId="77777777" w:rsidR="001D77D0" w:rsidRPr="0084334D" w:rsidRDefault="00FA3D34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8 h</w:t>
            </w:r>
          </w:p>
        </w:tc>
        <w:tc>
          <w:tcPr>
            <w:tcW w:w="1217" w:type="dxa"/>
            <w:vAlign w:val="center"/>
          </w:tcPr>
          <w:p w14:paraId="1C8FC316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6" w:type="dxa"/>
            <w:vAlign w:val="center"/>
          </w:tcPr>
          <w:p w14:paraId="523BDE09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5DC1DE34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7176500C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  <w:tc>
          <w:tcPr>
            <w:tcW w:w="1217" w:type="dxa"/>
            <w:vAlign w:val="center"/>
          </w:tcPr>
          <w:p w14:paraId="62E9D06C" w14:textId="77777777" w:rsidR="001D77D0" w:rsidRPr="0084334D" w:rsidRDefault="001D77D0">
            <w:pPr>
              <w:rPr>
                <w:rFonts w:ascii="Aptos" w:hAnsi="Aptos" w:cs="Arial"/>
                <w:color w:val="auto"/>
                <w:szCs w:val="24"/>
                <w:lang w:val="pl-PL"/>
              </w:rPr>
            </w:pPr>
          </w:p>
        </w:tc>
      </w:tr>
    </w:tbl>
    <w:p w14:paraId="3E2CE785" w14:textId="77777777" w:rsidR="0075252D" w:rsidRPr="0084334D" w:rsidRDefault="0075252D">
      <w:pPr>
        <w:pStyle w:val="Nagwek1"/>
        <w:spacing w:before="140" w:after="60"/>
        <w:rPr>
          <w:rFonts w:ascii="Aptos" w:eastAsia="Arial" w:hAnsi="Aptos" w:cs="Arial"/>
          <w:color w:val="auto"/>
          <w:szCs w:val="24"/>
          <w:lang w:val="pl-PL"/>
        </w:rPr>
      </w:pPr>
    </w:p>
    <w:p w14:paraId="5BBAB374" w14:textId="77777777" w:rsidR="001D77D0" w:rsidRPr="0084334D" w:rsidRDefault="00FA3D34">
      <w:pPr>
        <w:pStyle w:val="Nagwek1"/>
        <w:spacing w:before="140" w:after="60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eastAsia="Arial" w:hAnsi="Aptos" w:cs="Arial"/>
          <w:szCs w:val="24"/>
          <w:lang w:val="pl-PL"/>
        </w:rPr>
        <w:t>III. KRYTERIA JAKOŚCIOWE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8220"/>
      </w:tblGrid>
      <w:tr w:rsidR="001D77D0" w:rsidRPr="0084334D" w14:paraId="13F33C32" w14:textId="77777777" w:rsidTr="00E85A08">
        <w:trPr>
          <w:tblHeader/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8356B0" w14:textId="77777777" w:rsidR="001D77D0" w:rsidRPr="0084334D" w:rsidRDefault="00FA3D34">
            <w:pPr>
              <w:jc w:val="center"/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Część</w:t>
            </w:r>
          </w:p>
        </w:tc>
        <w:tc>
          <w:tcPr>
            <w:tcW w:w="8220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DA166D7" w14:textId="77777777" w:rsidR="001D77D0" w:rsidRPr="0084334D" w:rsidRDefault="00FA3D34">
            <w:pPr>
              <w:jc w:val="center"/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Deklaracja</w:t>
            </w:r>
          </w:p>
        </w:tc>
      </w:tr>
      <w:tr w:rsidR="001D77D0" w:rsidRPr="0084334D" w14:paraId="32BA07EC" w14:textId="77777777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55907D4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1</w:t>
            </w:r>
          </w:p>
        </w:tc>
        <w:tc>
          <w:tcPr>
            <w:tcW w:w="82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38E3CA9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Zastępstwo: [do 24 h / do 48 h / do 72 h]</w:t>
            </w:r>
          </w:p>
        </w:tc>
      </w:tr>
      <w:tr w:rsidR="001D77D0" w:rsidRPr="0084334D" w14:paraId="4FADCB67" w14:textId="77777777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5CEAB33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2</w:t>
            </w:r>
          </w:p>
        </w:tc>
        <w:tc>
          <w:tcPr>
            <w:tcW w:w="82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48A7B6E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Zastępstwo: [do 24 h / do 48 h / do 72 h]</w:t>
            </w:r>
          </w:p>
        </w:tc>
      </w:tr>
      <w:tr w:rsidR="001D77D0" w:rsidRPr="0084334D" w14:paraId="0AF2804A" w14:textId="77777777" w:rsidTr="000F3A32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9612135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3</w:t>
            </w:r>
          </w:p>
        </w:tc>
        <w:tc>
          <w:tcPr>
            <w:tcW w:w="82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E43D294" w14:textId="77777777" w:rsidR="00444AA3" w:rsidRPr="0084334D" w:rsidRDefault="00CC4D3C">
            <w:pPr>
              <w:rPr>
                <w:rFonts w:ascii="Aptos" w:hAnsi="Aptos"/>
                <w:szCs w:val="24"/>
                <w:lang w:val="pl-PL"/>
              </w:rPr>
            </w:pPr>
            <w:r w:rsidRPr="0084334D">
              <w:rPr>
                <w:rFonts w:ascii="Aptos" w:hAnsi="Aptos"/>
                <w:szCs w:val="24"/>
                <w:lang w:val="pl-PL"/>
              </w:rPr>
              <w:t>Fizjoterapeuta: imię i nazwisko [...]; doświadczenie: [...] pełnych lat</w:t>
            </w:r>
          </w:p>
        </w:tc>
      </w:tr>
      <w:tr w:rsidR="001D77D0" w:rsidRPr="0084334D" w14:paraId="46AEEDBB" w14:textId="77777777" w:rsidTr="000F3A32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4304890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4</w:t>
            </w:r>
          </w:p>
        </w:tc>
        <w:tc>
          <w:tcPr>
            <w:tcW w:w="82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B5C8033" w14:textId="77777777" w:rsidR="00444AA3" w:rsidRPr="0084334D" w:rsidRDefault="00CC4D3C">
            <w:pPr>
              <w:rPr>
                <w:rFonts w:ascii="Aptos" w:hAnsi="Aptos"/>
                <w:szCs w:val="24"/>
                <w:lang w:val="pl-PL"/>
              </w:rPr>
            </w:pPr>
            <w:r w:rsidRPr="0084334D">
              <w:rPr>
                <w:rFonts w:ascii="Aptos" w:hAnsi="Aptos"/>
                <w:szCs w:val="24"/>
                <w:lang w:val="pl-PL"/>
              </w:rPr>
              <w:t>Psycholog: imię i nazwisko [...]; doświadczenie: [...] pełnych lat</w:t>
            </w:r>
          </w:p>
        </w:tc>
      </w:tr>
      <w:tr w:rsidR="001D77D0" w:rsidRPr="0084334D" w14:paraId="219E166D" w14:textId="77777777" w:rsidTr="000F3A32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FE30A88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5</w:t>
            </w:r>
          </w:p>
        </w:tc>
        <w:tc>
          <w:tcPr>
            <w:tcW w:w="82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417D6F5" w14:textId="77777777" w:rsidR="00444AA3" w:rsidRPr="0084334D" w:rsidRDefault="00CC4D3C">
            <w:pPr>
              <w:rPr>
                <w:rFonts w:ascii="Aptos" w:hAnsi="Aptos"/>
                <w:szCs w:val="24"/>
                <w:lang w:val="pl-PL"/>
              </w:rPr>
            </w:pPr>
            <w:r w:rsidRPr="0084334D">
              <w:rPr>
                <w:rFonts w:ascii="Aptos" w:hAnsi="Aptos"/>
                <w:szCs w:val="24"/>
                <w:lang w:val="pl-PL"/>
              </w:rPr>
              <w:t>Logopeda: imię i nazwisko [...]; doświadczenie: [...] pełnych lat</w:t>
            </w:r>
          </w:p>
        </w:tc>
      </w:tr>
      <w:tr w:rsidR="001D77D0" w:rsidRPr="0084334D" w14:paraId="146D9D24" w14:textId="77777777" w:rsidTr="000F3A32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8CF0786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6</w:t>
            </w:r>
          </w:p>
        </w:tc>
        <w:tc>
          <w:tcPr>
            <w:tcW w:w="82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96074CC" w14:textId="77777777" w:rsidR="00444AA3" w:rsidRPr="0084334D" w:rsidRDefault="00CC4D3C">
            <w:pPr>
              <w:rPr>
                <w:rFonts w:ascii="Aptos" w:hAnsi="Aptos"/>
                <w:szCs w:val="24"/>
                <w:lang w:val="pl-PL"/>
              </w:rPr>
            </w:pPr>
            <w:r w:rsidRPr="0084334D">
              <w:rPr>
                <w:rFonts w:ascii="Aptos" w:hAnsi="Aptos"/>
                <w:szCs w:val="24"/>
                <w:lang w:val="pl-PL"/>
              </w:rPr>
              <w:t>Lekarz: imię i nazwisko [...], doświadczenie: [...] pełnych lat; dietetyk: imię i nazwisko [...], doświadczenie: [...] pełnych lat</w:t>
            </w:r>
          </w:p>
        </w:tc>
      </w:tr>
    </w:tbl>
    <w:p w14:paraId="4C321830" w14:textId="77777777" w:rsidR="00E85A08" w:rsidRPr="0084334D" w:rsidRDefault="00E85A08">
      <w:pPr>
        <w:pStyle w:val="Nagwek1"/>
        <w:spacing w:before="140" w:after="60"/>
        <w:rPr>
          <w:rFonts w:ascii="Aptos" w:eastAsia="Arial" w:hAnsi="Aptos" w:cs="Arial"/>
          <w:szCs w:val="24"/>
          <w:lang w:val="pl-PL"/>
        </w:rPr>
      </w:pPr>
    </w:p>
    <w:p w14:paraId="38D6C66D" w14:textId="77777777" w:rsidR="001D77D0" w:rsidRPr="0084334D" w:rsidRDefault="00FA3D34">
      <w:pPr>
        <w:pStyle w:val="Nagwek1"/>
        <w:spacing w:before="140" w:after="60"/>
        <w:rPr>
          <w:rFonts w:ascii="Aptos" w:hAnsi="Aptos" w:cs="Arial"/>
          <w:szCs w:val="24"/>
          <w:lang w:val="pl-PL"/>
        </w:rPr>
      </w:pPr>
      <w:r w:rsidRPr="0084334D">
        <w:rPr>
          <w:rFonts w:ascii="Aptos" w:eastAsia="Arial" w:hAnsi="Aptos" w:cs="Arial"/>
          <w:szCs w:val="24"/>
          <w:lang w:val="pl-PL"/>
        </w:rPr>
        <w:t>IV. KRYTERIUM SPOŁECZNE</w:t>
      </w:r>
    </w:p>
    <w:p w14:paraId="22870709" w14:textId="77777777" w:rsidR="001D77D0" w:rsidRPr="0084334D" w:rsidRDefault="00FA3D34" w:rsidP="008D3506">
      <w:pPr>
        <w:spacing w:after="100"/>
        <w:jc w:val="both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Dla każdej części należy zaznaczyć jedną opcję. Deklaracja jest oceniana odrębnie i staje się zobowiązaniem umownym.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633"/>
        <w:gridCol w:w="4587"/>
      </w:tblGrid>
      <w:tr w:rsidR="001D77D0" w:rsidRPr="0084334D" w14:paraId="559FDBCE" w14:textId="77777777" w:rsidTr="00E85A08">
        <w:trPr>
          <w:tblHeader/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125AA07" w14:textId="77777777" w:rsidR="001D77D0" w:rsidRPr="0084334D" w:rsidRDefault="00FA3D34">
            <w:pPr>
              <w:jc w:val="center"/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Część</w:t>
            </w:r>
          </w:p>
        </w:tc>
        <w:tc>
          <w:tcPr>
            <w:tcW w:w="3633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CF8AC82" w14:textId="77777777" w:rsidR="001D77D0" w:rsidRPr="0084334D" w:rsidRDefault="00FA3D34">
            <w:pPr>
              <w:jc w:val="center"/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Deklaruję spełnienie kryterium - 10 pkt</w:t>
            </w:r>
          </w:p>
        </w:tc>
        <w:tc>
          <w:tcPr>
            <w:tcW w:w="45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FEA229" w14:textId="77777777" w:rsidR="001D77D0" w:rsidRPr="0084334D" w:rsidRDefault="00FA3D34">
            <w:pPr>
              <w:jc w:val="center"/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b/>
                <w:szCs w:val="24"/>
                <w:lang w:val="pl-PL"/>
              </w:rPr>
              <w:t>Nie deklaruję - 0 pkt</w:t>
            </w:r>
          </w:p>
        </w:tc>
      </w:tr>
      <w:tr w:rsidR="001D77D0" w:rsidRPr="0084334D" w14:paraId="7D50220D" w14:textId="77777777" w:rsidTr="00F65715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0C050AA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1</w:t>
            </w:r>
          </w:p>
        </w:tc>
        <w:tc>
          <w:tcPr>
            <w:tcW w:w="3633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CE37A01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13207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  <w:tc>
          <w:tcPr>
            <w:tcW w:w="4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DCC2FBC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4774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1D77D0" w:rsidRPr="0084334D" w14:paraId="29C07013" w14:textId="77777777" w:rsidTr="00F65715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6373600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2</w:t>
            </w:r>
          </w:p>
        </w:tc>
        <w:tc>
          <w:tcPr>
            <w:tcW w:w="3633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F1F596C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146229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  <w:tc>
          <w:tcPr>
            <w:tcW w:w="4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0B63949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5266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1D77D0" w:rsidRPr="0084334D" w14:paraId="1B0EAD89" w14:textId="77777777" w:rsidTr="00F65715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698587A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3</w:t>
            </w:r>
          </w:p>
        </w:tc>
        <w:tc>
          <w:tcPr>
            <w:tcW w:w="3633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D87166A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197991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  <w:tc>
          <w:tcPr>
            <w:tcW w:w="4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273AF09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142233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1D77D0" w:rsidRPr="0084334D" w14:paraId="1C855E87" w14:textId="77777777" w:rsidTr="00F65715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D241C44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4</w:t>
            </w:r>
          </w:p>
        </w:tc>
        <w:tc>
          <w:tcPr>
            <w:tcW w:w="3633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D5D18B9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126737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  <w:tc>
          <w:tcPr>
            <w:tcW w:w="4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78A37A4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212267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1D77D0" w:rsidRPr="0084334D" w14:paraId="76328E58" w14:textId="77777777" w:rsidTr="00F65715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388339D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5</w:t>
            </w:r>
          </w:p>
        </w:tc>
        <w:tc>
          <w:tcPr>
            <w:tcW w:w="3633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B30EE51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19706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  <w:tc>
          <w:tcPr>
            <w:tcW w:w="4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F3382EC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202921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</w:tr>
      <w:tr w:rsidR="001D77D0" w:rsidRPr="0084334D" w14:paraId="11EAF480" w14:textId="77777777" w:rsidTr="00F65715">
        <w:trPr>
          <w:jc w:val="center"/>
        </w:trPr>
        <w:tc>
          <w:tcPr>
            <w:tcW w:w="1134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C8BB47E" w14:textId="77777777" w:rsidR="001D77D0" w:rsidRPr="0084334D" w:rsidRDefault="00FA3D34">
            <w:pPr>
              <w:rPr>
                <w:rFonts w:ascii="Aptos" w:hAnsi="Aptos" w:cs="Arial"/>
                <w:szCs w:val="24"/>
                <w:lang w:val="pl-PL"/>
              </w:rPr>
            </w:pPr>
            <w:r w:rsidRPr="0084334D">
              <w:rPr>
                <w:rFonts w:ascii="Aptos" w:hAnsi="Aptos" w:cs="Arial"/>
                <w:szCs w:val="24"/>
                <w:lang w:val="pl-PL"/>
              </w:rPr>
              <w:t>6</w:t>
            </w:r>
          </w:p>
        </w:tc>
        <w:tc>
          <w:tcPr>
            <w:tcW w:w="3633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697F640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2486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  <w:tc>
          <w:tcPr>
            <w:tcW w:w="4587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6ECEE318" w14:textId="77777777" w:rsidR="001D77D0" w:rsidRPr="0084334D" w:rsidRDefault="00CC4D3C">
            <w:pPr>
              <w:rPr>
                <w:rFonts w:ascii="Aptos" w:hAnsi="Aptos" w:cs="Arial"/>
                <w:szCs w:val="24"/>
                <w:lang w:val="pl-PL"/>
              </w:rPr>
            </w:pPr>
            <w:sdt>
              <w:sdtPr>
                <w:rPr>
                  <w:rFonts w:ascii="Aptos" w:hAnsi="Aptos" w:cs="Arial"/>
                  <w:b/>
                  <w:szCs w:val="24"/>
                  <w:lang w:val="pl-PL"/>
                </w:rPr>
                <w:id w:val="-157326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A32" w:rsidRPr="0084334D">
                  <w:rPr>
                    <w:rFonts w:ascii="Aptos" w:eastAsia="MS Gothic" w:hAnsi="Aptos" w:cs="Arial"/>
                    <w:b/>
                    <w:szCs w:val="24"/>
                    <w:lang w:val="pl-PL"/>
                  </w:rPr>
                  <w:t>☐</w:t>
                </w:r>
              </w:sdtContent>
            </w:sdt>
          </w:p>
        </w:tc>
      </w:tr>
    </w:tbl>
    <w:p w14:paraId="7DB291D0" w14:textId="77777777" w:rsidR="001D77D0" w:rsidRPr="0084334D" w:rsidRDefault="00FA3D34" w:rsidP="008D3506">
      <w:pPr>
        <w:spacing w:after="100"/>
        <w:jc w:val="both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lastRenderedPageBreak/>
        <w:t>Deklaracja oznacza skierowanie co najmniej jednej osoby z grupy społecznej wskazanej w Rozdziale XXII SWZ na minimalną liczbę godzin określoną dla części. Brak zaznaczenia albo zaznaczenie obu opcji oznacza 0 pkt.</w:t>
      </w:r>
    </w:p>
    <w:p w14:paraId="4690C50F" w14:textId="77777777" w:rsidR="00E85A08" w:rsidRPr="0084334D" w:rsidRDefault="00E85A08" w:rsidP="008D3506">
      <w:pPr>
        <w:spacing w:after="100"/>
        <w:jc w:val="both"/>
        <w:rPr>
          <w:rFonts w:ascii="Aptos" w:hAnsi="Aptos" w:cs="Arial"/>
          <w:szCs w:val="24"/>
          <w:lang w:val="pl-PL"/>
        </w:rPr>
      </w:pPr>
    </w:p>
    <w:p w14:paraId="3AE4AAE3" w14:textId="77777777" w:rsidR="001D77D0" w:rsidRPr="0084334D" w:rsidRDefault="00FA3D34">
      <w:pPr>
        <w:pStyle w:val="Nagwek1"/>
        <w:spacing w:before="140" w:after="60"/>
        <w:rPr>
          <w:rFonts w:ascii="Aptos" w:hAnsi="Aptos" w:cs="Arial"/>
          <w:szCs w:val="24"/>
          <w:lang w:val="pl-PL"/>
        </w:rPr>
      </w:pPr>
      <w:r w:rsidRPr="0084334D">
        <w:rPr>
          <w:rFonts w:ascii="Aptos" w:eastAsia="Arial" w:hAnsi="Aptos" w:cs="Arial"/>
          <w:szCs w:val="24"/>
          <w:lang w:val="pl-PL"/>
        </w:rPr>
        <w:t>V. OŚWIADCZENIA</w:t>
      </w:r>
    </w:p>
    <w:p w14:paraId="717CA984" w14:textId="77777777" w:rsidR="001D77D0" w:rsidRPr="0084334D" w:rsidRDefault="00FA3D34" w:rsidP="0084334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Zapoznałem się z SWZ, OPZ i projektem umowy i akceptuję je bez zastrzeżeń.</w:t>
      </w:r>
    </w:p>
    <w:p w14:paraId="5680321A" w14:textId="77777777" w:rsidR="001D77D0" w:rsidRPr="0084334D" w:rsidRDefault="00FA3D34" w:rsidP="0084334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Cena obejmuje pełny zakres kosztów, w tym personel, obciążenia publicznoprawne, dojazdy, materiały, zastępstwa, dokumentację i zysk.</w:t>
      </w:r>
    </w:p>
    <w:p w14:paraId="0F0EE0BF" w14:textId="77777777" w:rsidR="001D77D0" w:rsidRPr="0084334D" w:rsidRDefault="00FA3D34" w:rsidP="0084334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Jestem związany ofertą przez okres wskazany w SWZ.</w:t>
      </w:r>
    </w:p>
    <w:p w14:paraId="48D0B5EF" w14:textId="77777777" w:rsidR="00E450E5" w:rsidRPr="0084334D" w:rsidRDefault="00FA3D34" w:rsidP="0084334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Zamówienie wykonam</w:t>
      </w:r>
      <w:r w:rsidR="00E450E5" w:rsidRPr="0084334D">
        <w:rPr>
          <w:rFonts w:ascii="Aptos" w:hAnsi="Aptos" w:cs="Arial"/>
          <w:szCs w:val="24"/>
          <w:lang w:val="pl-PL"/>
        </w:rPr>
        <w:t>:</w:t>
      </w:r>
    </w:p>
    <w:p w14:paraId="09E074A9" w14:textId="77777777" w:rsidR="001D77D0" w:rsidRPr="0084334D" w:rsidRDefault="00CC4D3C" w:rsidP="0084334D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 w:cs="Arial"/>
          <w:szCs w:val="24"/>
          <w:lang w:val="pl-PL"/>
        </w:rPr>
      </w:pPr>
      <w:sdt>
        <w:sdtPr>
          <w:rPr>
            <w:rFonts w:ascii="Aptos" w:hAnsi="Aptos" w:cs="Arial"/>
            <w:b/>
            <w:szCs w:val="24"/>
            <w:lang w:val="pl-PL"/>
          </w:rPr>
          <w:id w:val="-114488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0E5" w:rsidRPr="0084334D">
            <w:rPr>
              <w:rFonts w:ascii="Aptos" w:eastAsia="MS Gothic" w:hAnsi="Aptos" w:cs="Arial"/>
              <w:b/>
              <w:szCs w:val="24"/>
              <w:lang w:val="pl-PL"/>
            </w:rPr>
            <w:t>☐</w:t>
          </w:r>
        </w:sdtContent>
      </w:sdt>
      <w:r w:rsidR="00FA3D34" w:rsidRPr="0084334D">
        <w:rPr>
          <w:rFonts w:ascii="Aptos" w:hAnsi="Aptos" w:cs="Arial"/>
          <w:szCs w:val="24"/>
          <w:lang w:val="pl-PL"/>
        </w:rPr>
        <w:t xml:space="preserve"> samodzielnie / </w:t>
      </w:r>
      <w:sdt>
        <w:sdtPr>
          <w:rPr>
            <w:rFonts w:ascii="Aptos" w:hAnsi="Aptos" w:cs="Arial"/>
            <w:b/>
            <w:szCs w:val="24"/>
            <w:lang w:val="pl-PL"/>
          </w:rPr>
          <w:id w:val="-1206257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0E5" w:rsidRPr="0084334D">
            <w:rPr>
              <w:rFonts w:ascii="Aptos" w:eastAsia="MS Gothic" w:hAnsi="Aptos" w:cs="Arial"/>
              <w:b/>
              <w:szCs w:val="24"/>
              <w:lang w:val="pl-PL"/>
            </w:rPr>
            <w:t>☐</w:t>
          </w:r>
        </w:sdtContent>
      </w:sdt>
      <w:r w:rsidR="00E450E5" w:rsidRPr="0084334D">
        <w:rPr>
          <w:rFonts w:ascii="Aptos" w:hAnsi="Aptos"/>
          <w:szCs w:val="24"/>
          <w:lang w:val="pl-PL"/>
        </w:rPr>
        <w:t xml:space="preserve"> </w:t>
      </w:r>
      <w:r w:rsidR="00FA3D34" w:rsidRPr="0084334D">
        <w:rPr>
          <w:rFonts w:ascii="Aptos" w:hAnsi="Aptos" w:cs="Arial"/>
          <w:szCs w:val="24"/>
          <w:lang w:val="pl-PL"/>
        </w:rPr>
        <w:t xml:space="preserve">z udziałem podwykonawców w zakresie: </w:t>
      </w:r>
      <w:r w:rsidR="00E450E5" w:rsidRPr="0084334D">
        <w:rPr>
          <w:rFonts w:ascii="Aptos" w:hAnsi="Aptos" w:cs="Arial"/>
          <w:szCs w:val="24"/>
          <w:lang w:val="pl-PL"/>
        </w:rPr>
        <w:t>………….</w:t>
      </w:r>
    </w:p>
    <w:p w14:paraId="02E81AEA" w14:textId="77777777" w:rsidR="00AC5E1C" w:rsidRPr="0084334D" w:rsidRDefault="00AC5E1C" w:rsidP="0084334D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 w:cs="Arial"/>
          <w:b/>
          <w:szCs w:val="24"/>
          <w:lang w:val="pl-PL"/>
        </w:rPr>
      </w:pPr>
      <w:r w:rsidRPr="0084334D">
        <w:rPr>
          <w:rFonts w:ascii="Aptos" w:hAnsi="Aptos" w:cs="Arial"/>
          <w:b/>
          <w:szCs w:val="24"/>
          <w:lang w:val="pl-PL"/>
        </w:rPr>
        <w:t>Brak zaznaczenia oznacza brak udziału podwykonawców</w:t>
      </w:r>
      <w:r w:rsidR="00291E68" w:rsidRPr="0084334D">
        <w:rPr>
          <w:rFonts w:ascii="Aptos" w:hAnsi="Aptos" w:cs="Arial"/>
          <w:b/>
          <w:szCs w:val="24"/>
          <w:lang w:val="pl-PL"/>
        </w:rPr>
        <w:t>.</w:t>
      </w:r>
    </w:p>
    <w:p w14:paraId="1D5D3A3B" w14:textId="77777777" w:rsidR="001D77D0" w:rsidRPr="0084334D" w:rsidRDefault="00FA3D34" w:rsidP="0084334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 xml:space="preserve">Wybór oferty będzie / nie będzie prowadził do obowiązku podatkowego Zamawiającego; jeżeli będzie: </w:t>
      </w:r>
      <w:r w:rsidR="00E450E5" w:rsidRPr="0084334D">
        <w:rPr>
          <w:rFonts w:ascii="Aptos" w:hAnsi="Aptos" w:cs="Arial"/>
          <w:szCs w:val="24"/>
          <w:lang w:val="pl-PL"/>
        </w:rPr>
        <w:t>………</w:t>
      </w:r>
    </w:p>
    <w:p w14:paraId="1C8FBE42" w14:textId="77777777" w:rsidR="00A66600" w:rsidRPr="0084334D" w:rsidRDefault="00CC4D3C" w:rsidP="0084334D">
      <w:pPr>
        <w:spacing w:after="0"/>
        <w:ind w:left="360"/>
        <w:jc w:val="both"/>
        <w:rPr>
          <w:rFonts w:ascii="Aptos" w:hAnsi="Aptos"/>
          <w:szCs w:val="24"/>
          <w:lang w:val="pl-PL"/>
        </w:rPr>
      </w:pPr>
      <w:r w:rsidRPr="0084334D">
        <w:rPr>
          <w:rFonts w:ascii="Aptos" w:hAnsi="Aptos"/>
          <w:szCs w:val="24"/>
          <w:lang w:val="pl-PL"/>
        </w:rPr>
        <w:t>Jeżeli dla oferowanej usługi stosuję zwolnienie z VAT, podstawa prawna zwolnienia: ...............................................................</w:t>
      </w:r>
    </w:p>
    <w:p w14:paraId="5182A5C5" w14:textId="77777777" w:rsidR="00291E68" w:rsidRPr="0084334D" w:rsidRDefault="00291E68" w:rsidP="0084334D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 w:cs="Arial"/>
          <w:b/>
          <w:szCs w:val="24"/>
          <w:lang w:val="pl-PL"/>
        </w:rPr>
      </w:pPr>
      <w:r w:rsidRPr="0084334D">
        <w:rPr>
          <w:rFonts w:ascii="Aptos" w:hAnsi="Aptos" w:cs="Arial"/>
          <w:b/>
          <w:szCs w:val="24"/>
          <w:lang w:val="pl-PL"/>
        </w:rPr>
        <w:t>Brak zaznaczenia oznacza, że wybór oferty nie będzie prowadził do obowiązku podatkowego wobec Zamawiającego.</w:t>
      </w:r>
    </w:p>
    <w:p w14:paraId="1C1E4E76" w14:textId="77777777" w:rsidR="001D77D0" w:rsidRPr="0084334D" w:rsidRDefault="00FA3D34" w:rsidP="0084334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Informacje wymagane do oceny kryteriów są prawdziwe, a osoby wskazane będą realizować zamówienie.</w:t>
      </w:r>
    </w:p>
    <w:p w14:paraId="51B4BAD1" w14:textId="77777777" w:rsidR="00C90D95" w:rsidRPr="0084334D" w:rsidRDefault="00C90D95" w:rsidP="0084334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Tajemnica przedsiębiorstwa:</w:t>
      </w:r>
    </w:p>
    <w:p w14:paraId="1D6FB560" w14:textId="77777777" w:rsidR="00C90D95" w:rsidRPr="0084334D" w:rsidRDefault="00CC4D3C" w:rsidP="0084334D">
      <w:pPr>
        <w:pStyle w:val="Listanumerowana"/>
        <w:numPr>
          <w:ilvl w:val="0"/>
          <w:numId w:val="0"/>
        </w:numPr>
        <w:ind w:left="360"/>
        <w:jc w:val="both"/>
        <w:rPr>
          <w:rFonts w:ascii="Aptos" w:hAnsi="Aptos"/>
          <w:szCs w:val="24"/>
          <w:lang w:val="pl-PL"/>
        </w:rPr>
      </w:pPr>
      <w:sdt>
        <w:sdtPr>
          <w:rPr>
            <w:rFonts w:ascii="Aptos" w:eastAsia="MS Gothic" w:hAnsi="Aptos" w:cs="Arial"/>
            <w:b/>
            <w:szCs w:val="24"/>
            <w:lang w:val="pl-PL"/>
          </w:rPr>
          <w:id w:val="-89403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D95" w:rsidRPr="0084334D">
            <w:rPr>
              <w:rFonts w:ascii="Aptos" w:eastAsia="MS Gothic" w:hAnsi="Aptos" w:cs="Arial"/>
              <w:b/>
              <w:szCs w:val="24"/>
              <w:lang w:val="pl-PL"/>
            </w:rPr>
            <w:t>☐</w:t>
          </w:r>
        </w:sdtContent>
      </w:sdt>
      <w:r w:rsidR="00C90D95" w:rsidRPr="0084334D">
        <w:rPr>
          <w:rFonts w:ascii="Aptos" w:hAnsi="Aptos"/>
          <w:szCs w:val="24"/>
          <w:lang w:val="pl-PL"/>
        </w:rPr>
        <w:t xml:space="preserve"> oferta oraz wszystkie załączniki do niej są jawne.</w:t>
      </w:r>
    </w:p>
    <w:p w14:paraId="618DE85C" w14:textId="77777777" w:rsidR="00C90D95" w:rsidRPr="0084334D" w:rsidRDefault="00CC4D3C" w:rsidP="0084334D">
      <w:pPr>
        <w:pStyle w:val="Listanumerowana"/>
        <w:numPr>
          <w:ilvl w:val="0"/>
          <w:numId w:val="0"/>
        </w:numPr>
        <w:ind w:left="360"/>
        <w:jc w:val="both"/>
        <w:rPr>
          <w:rFonts w:ascii="Aptos" w:hAnsi="Aptos"/>
          <w:szCs w:val="24"/>
          <w:lang w:val="pl-PL"/>
        </w:rPr>
      </w:pPr>
      <w:sdt>
        <w:sdtPr>
          <w:rPr>
            <w:rFonts w:ascii="Aptos" w:eastAsia="MS Gothic" w:hAnsi="Aptos" w:cs="Arial"/>
            <w:b/>
            <w:szCs w:val="24"/>
            <w:lang w:val="pl-PL"/>
          </w:rPr>
          <w:id w:val="-565024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D95" w:rsidRPr="0084334D">
            <w:rPr>
              <w:rFonts w:ascii="Aptos" w:eastAsia="MS Gothic" w:hAnsi="Aptos" w:cs="Arial"/>
              <w:b/>
              <w:szCs w:val="24"/>
              <w:lang w:val="pl-PL"/>
            </w:rPr>
            <w:t>☐</w:t>
          </w:r>
        </w:sdtContent>
      </w:sdt>
      <w:r w:rsidR="00C90D95" w:rsidRPr="0084334D">
        <w:rPr>
          <w:rFonts w:ascii="Aptos" w:hAnsi="Aptos"/>
          <w:szCs w:val="24"/>
          <w:lang w:val="pl-PL"/>
        </w:rPr>
        <w:t xml:space="preserve"> informacje i dokumenty zawarte w ofercie oraz w dokumentach złożonych wraz z ofertą i oznaczonych: ........................................................ zawierają informacje stanowiące tajemnicę przedsiębiorstwa w rozumieniu przepisów o zwalczaniu nieuczciwej konkurencji; do oferty załączam / załączamy uzasadnienie zastrzeżenia tajemnicy przedsiębiorstwa.</w:t>
      </w:r>
    </w:p>
    <w:p w14:paraId="1C17EC03" w14:textId="77777777" w:rsidR="00C90D95" w:rsidRPr="0084334D" w:rsidRDefault="00C90D95" w:rsidP="0084334D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rFonts w:ascii="Aptos" w:hAnsi="Aptos" w:cs="Arial"/>
          <w:szCs w:val="24"/>
          <w:lang w:val="pl-PL"/>
        </w:rPr>
      </w:pPr>
      <w:r w:rsidRPr="0084334D">
        <w:rPr>
          <w:rFonts w:ascii="Aptos" w:hAnsi="Aptos" w:cs="Arial"/>
          <w:b/>
          <w:szCs w:val="24"/>
          <w:lang w:val="pl-PL"/>
        </w:rPr>
        <w:t>Brak zaznaczenia oznacza, że oferta oraz wszystkie załączniki do niej są jawne.</w:t>
      </w:r>
    </w:p>
    <w:p w14:paraId="5CC5F9B8" w14:textId="77777777" w:rsidR="001D77D0" w:rsidRPr="0084334D" w:rsidRDefault="00FA3D34" w:rsidP="0084334D">
      <w:pPr>
        <w:pStyle w:val="Listanumerowana"/>
        <w:numPr>
          <w:ilvl w:val="0"/>
          <w:numId w:val="11"/>
        </w:numPr>
        <w:spacing w:after="50" w:line="271" w:lineRule="auto"/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Wypełniłem obowiązki informacyjne wynikające z art. 13 i 14 RODO wobec osób, których dane przekazuję Zamawiającemu w ofercie i załącznikach.</w:t>
      </w:r>
    </w:p>
    <w:p w14:paraId="3209DE63" w14:textId="77777777" w:rsidR="001D77D0" w:rsidRPr="0084334D" w:rsidRDefault="00FA3D34">
      <w:pPr>
        <w:pStyle w:val="Nagwek1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eastAsia="Arial" w:hAnsi="Aptos" w:cs="Arial"/>
          <w:szCs w:val="24"/>
          <w:lang w:val="pl-PL"/>
        </w:rPr>
        <w:t>VI. OŚWIADCZENIA DOTYCZĄCE WYKONAWCÓW I PODMIOTÓW Z PAŃSTW TRZECICH</w:t>
      </w:r>
    </w:p>
    <w:p w14:paraId="3FA54DF0" w14:textId="77777777" w:rsidR="001D77D0" w:rsidRPr="0084334D" w:rsidRDefault="00FA3D34" w:rsidP="00E85A08">
      <w:pPr>
        <w:pStyle w:val="Listanumerowana"/>
        <w:numPr>
          <w:ilvl w:val="0"/>
          <w:numId w:val="13"/>
        </w:numPr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Oświadczam, że Wykonawca oraz każdy członek konsorcjum nie pochodzą z państwa trzeciego niebędącego stroną umów międzynarodowych w rozumieniu art. 16b Pzp.</w:t>
      </w:r>
    </w:p>
    <w:p w14:paraId="43ABBF16" w14:textId="77777777" w:rsidR="001D77D0" w:rsidRPr="0084334D" w:rsidRDefault="00FA3D34" w:rsidP="00E85A08">
      <w:pPr>
        <w:pStyle w:val="Listanumerowana"/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Oświadczam, że Wykonawca nie polega na zdolnościach lub sytuacji podmiotu udostępniającego zasoby pochodzącego z takiego państwa.</w:t>
      </w:r>
    </w:p>
    <w:p w14:paraId="2ECE9319" w14:textId="77777777" w:rsidR="001D77D0" w:rsidRPr="0084334D" w:rsidRDefault="00FA3D34" w:rsidP="00E85A08">
      <w:pPr>
        <w:pStyle w:val="Listanumerowana"/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Oświadczam, że Wykonawca nie zamierza powierzyć wykonania części zamówienia podwykonawcy pochodzącemu z takiego państwa oraz zapewni przestrzeganie tego ograniczenia przez podwykonawców w odniesieniu do dalszych podwykonawców.</w:t>
      </w:r>
    </w:p>
    <w:p w14:paraId="45EDF355" w14:textId="77777777" w:rsidR="00590F55" w:rsidRPr="0084334D" w:rsidRDefault="00FA3D34" w:rsidP="00590F55">
      <w:pPr>
        <w:pStyle w:val="Listanumerowana"/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lastRenderedPageBreak/>
        <w:t>Zobowiązuję się niezwłocznie poinformować Zamawiającego o każdej zmianie powyższych okoliczności w toku postępowania i realizacji umowy.</w:t>
      </w:r>
    </w:p>
    <w:p w14:paraId="549CE822" w14:textId="77777777" w:rsidR="00E675E2" w:rsidRPr="0084334D" w:rsidRDefault="00E675E2" w:rsidP="00E675E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Aptos" w:hAnsi="Aptos" w:cs="Arial"/>
          <w:color w:val="auto"/>
          <w:szCs w:val="24"/>
          <w:lang w:val="pl-PL"/>
        </w:rPr>
      </w:pPr>
    </w:p>
    <w:p w14:paraId="22823B8B" w14:textId="77777777" w:rsidR="00A66600" w:rsidRPr="0084334D" w:rsidRDefault="00CC4D3C" w:rsidP="0084334D">
      <w:pPr>
        <w:jc w:val="both"/>
        <w:rPr>
          <w:rFonts w:ascii="Aptos" w:hAnsi="Aptos"/>
          <w:szCs w:val="24"/>
          <w:lang w:val="pl-PL"/>
        </w:rPr>
      </w:pPr>
      <w:r w:rsidRPr="0084334D">
        <w:rPr>
          <w:rFonts w:ascii="Aptos" w:hAnsi="Aptos"/>
          <w:szCs w:val="24"/>
          <w:lang w:val="pl-PL"/>
        </w:rPr>
        <w:t>W przypadku deklaracji kryterium społecznego status osoby musi być spełniony i udokumentowany zgodnie z SWZ: bezpośrednio przed zatrudnieniem / zaangażowaniem, jeżeli zaangażowanie powoduje utratę statusu, albo najpóźniej w dniu rozpoczęcia czynności dla pozostałych kategorii.</w:t>
      </w:r>
    </w:p>
    <w:p w14:paraId="7932F924" w14:textId="77777777" w:rsidR="00E675E2" w:rsidRPr="0084334D" w:rsidRDefault="00E675E2" w:rsidP="00E675E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Aptos" w:hAnsi="Aptos" w:cs="Arial"/>
          <w:color w:val="auto"/>
          <w:szCs w:val="24"/>
          <w:lang w:val="pl-PL"/>
        </w:rPr>
      </w:pPr>
      <w:r w:rsidRPr="0084334D">
        <w:rPr>
          <w:rFonts w:ascii="Aptos" w:hAnsi="Aptos" w:cs="Arial"/>
          <w:szCs w:val="24"/>
          <w:lang w:val="pl-PL"/>
        </w:rPr>
        <w:t>Dokument należy podpisać w formie wymaganej przez SWZ.</w:t>
      </w:r>
    </w:p>
    <w:p w14:paraId="338CDC61" w14:textId="77777777" w:rsidR="001D77D0" w:rsidRPr="0084334D" w:rsidRDefault="001D77D0">
      <w:pPr>
        <w:spacing w:after="100"/>
        <w:jc w:val="right"/>
        <w:rPr>
          <w:rFonts w:ascii="Aptos" w:hAnsi="Aptos" w:cs="Arial"/>
          <w:szCs w:val="24"/>
          <w:lang w:val="pl-PL"/>
        </w:rPr>
      </w:pPr>
    </w:p>
    <w:sectPr w:rsidR="001D77D0" w:rsidRPr="0084334D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E8C62" w14:textId="77777777" w:rsidR="00CC4D3C" w:rsidRDefault="00CC4D3C">
      <w:pPr>
        <w:spacing w:after="0" w:line="240" w:lineRule="auto"/>
      </w:pPr>
      <w:r>
        <w:separator/>
      </w:r>
    </w:p>
  </w:endnote>
  <w:endnote w:type="continuationSeparator" w:id="0">
    <w:p w14:paraId="4D4A6FA7" w14:textId="77777777" w:rsidR="00CC4D3C" w:rsidRDefault="00CC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CA92" w14:textId="77777777" w:rsidR="00444AA3" w:rsidRDefault="00444A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7622" w14:textId="77777777" w:rsidR="001D77D0" w:rsidRPr="008D3506" w:rsidRDefault="00FA3D34">
    <w:pPr>
      <w:pStyle w:val="Stopka"/>
      <w:jc w:val="center"/>
      <w:rPr>
        <w:lang w:val="pl-PL"/>
      </w:rPr>
    </w:pPr>
    <w:r w:rsidRPr="008D3506">
      <w:rPr>
        <w:sz w:val="16"/>
        <w:lang w:val="pl-PL"/>
      </w:rPr>
      <w:t xml:space="preserve">Formularz ofertowy - SWZ | FEWP.10.01-IZ.00-0006/25 | Strona </w:t>
    </w:r>
    <w:r w:rsidRPr="008D3506">
      <w:rPr>
        <w:lang w:val="pl-PL"/>
      </w:rPr>
      <w:fldChar w:fldCharType="begin"/>
    </w:r>
    <w:r w:rsidRPr="008D3506">
      <w:rPr>
        <w:lang w:val="pl-PL"/>
      </w:rPr>
      <w:instrText>PAGE</w:instrText>
    </w:r>
    <w:r w:rsidRPr="008D3506">
      <w:rPr>
        <w:lang w:val="pl-PL"/>
      </w:rPr>
      <w:fldChar w:fldCharType="separate"/>
    </w:r>
    <w:r w:rsidR="00F65715" w:rsidRPr="008D3506">
      <w:rPr>
        <w:noProof/>
        <w:lang w:val="pl-PL"/>
      </w:rPr>
      <w:t>1</w:t>
    </w:r>
    <w:r w:rsidRPr="008D3506">
      <w:rPr>
        <w:lang w:val="pl-PL"/>
      </w:rPr>
      <w:fldChar w:fldCharType="end"/>
    </w:r>
    <w:r w:rsidRPr="008D3506">
      <w:rPr>
        <w:sz w:val="16"/>
        <w:lang w:val="pl-PL"/>
      </w:rPr>
      <w:t xml:space="preserve"> z </w:t>
    </w:r>
    <w:r w:rsidRPr="008D3506">
      <w:rPr>
        <w:lang w:val="pl-PL"/>
      </w:rPr>
      <w:fldChar w:fldCharType="begin"/>
    </w:r>
    <w:r w:rsidRPr="008D3506">
      <w:rPr>
        <w:lang w:val="pl-PL"/>
      </w:rPr>
      <w:instrText>NUMPAGES</w:instrText>
    </w:r>
    <w:r w:rsidRPr="008D3506">
      <w:rPr>
        <w:lang w:val="pl-PL"/>
      </w:rPr>
      <w:fldChar w:fldCharType="separate"/>
    </w:r>
    <w:r w:rsidR="00F65715" w:rsidRPr="008D3506">
      <w:rPr>
        <w:noProof/>
        <w:lang w:val="pl-PL"/>
      </w:rPr>
      <w:t>2</w:t>
    </w:r>
    <w:r w:rsidRPr="008D3506">
      <w:rPr>
        <w:lang w:val="pl-P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CDFA" w14:textId="77777777" w:rsidR="00444AA3" w:rsidRDefault="00444A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FADE" w14:textId="77777777" w:rsidR="00CC4D3C" w:rsidRDefault="00CC4D3C">
      <w:pPr>
        <w:spacing w:after="0" w:line="240" w:lineRule="auto"/>
      </w:pPr>
      <w:r>
        <w:separator/>
      </w:r>
    </w:p>
  </w:footnote>
  <w:footnote w:type="continuationSeparator" w:id="0">
    <w:p w14:paraId="38891A6C" w14:textId="77777777" w:rsidR="00CC4D3C" w:rsidRDefault="00CC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4B304" w14:textId="77777777" w:rsidR="00444AA3" w:rsidRDefault="00444A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228EF" w14:textId="77777777" w:rsidR="001D77D0" w:rsidRDefault="00FA3D34">
    <w:pPr>
      <w:pStyle w:val="Nagwek"/>
      <w:jc w:val="center"/>
    </w:pPr>
    <w:r>
      <w:rPr>
        <w:noProof/>
      </w:rPr>
      <w:drawing>
        <wp:inline distT="0" distB="0" distL="0" distR="0" wp14:anchorId="0543AB15" wp14:editId="1006F243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50B2" w14:textId="77777777" w:rsidR="00444AA3" w:rsidRDefault="00444A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2E2ECB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8383076">
    <w:abstractNumId w:val="8"/>
  </w:num>
  <w:num w:numId="2" w16cid:durableId="139349148">
    <w:abstractNumId w:val="6"/>
  </w:num>
  <w:num w:numId="3" w16cid:durableId="758988627">
    <w:abstractNumId w:val="5"/>
  </w:num>
  <w:num w:numId="4" w16cid:durableId="2117479953">
    <w:abstractNumId w:val="4"/>
  </w:num>
  <w:num w:numId="5" w16cid:durableId="510796283">
    <w:abstractNumId w:val="7"/>
  </w:num>
  <w:num w:numId="6" w16cid:durableId="302546533">
    <w:abstractNumId w:val="3"/>
  </w:num>
  <w:num w:numId="7" w16cid:durableId="993753350">
    <w:abstractNumId w:val="2"/>
  </w:num>
  <w:num w:numId="8" w16cid:durableId="1377437025">
    <w:abstractNumId w:val="1"/>
  </w:num>
  <w:num w:numId="9" w16cid:durableId="1622686096">
    <w:abstractNumId w:val="0"/>
  </w:num>
  <w:num w:numId="10" w16cid:durableId="446235951">
    <w:abstractNumId w:val="7"/>
    <w:lvlOverride w:ilvl="0">
      <w:startOverride w:val="1"/>
    </w:lvlOverride>
  </w:num>
  <w:num w:numId="11" w16cid:durableId="38673343">
    <w:abstractNumId w:val="7"/>
    <w:lvlOverride w:ilvl="0">
      <w:startOverride w:val="1"/>
    </w:lvlOverride>
  </w:num>
  <w:num w:numId="12" w16cid:durableId="539823668">
    <w:abstractNumId w:val="7"/>
  </w:num>
  <w:num w:numId="13" w16cid:durableId="1770587909">
    <w:abstractNumId w:val="7"/>
    <w:lvlOverride w:ilvl="0">
      <w:startOverride w:val="1"/>
    </w:lvlOverride>
  </w:num>
  <w:num w:numId="14" w16cid:durableId="1050804887">
    <w:abstractNumId w:val="7"/>
  </w:num>
  <w:num w:numId="15" w16cid:durableId="279535805">
    <w:abstractNumId w:val="7"/>
  </w:num>
  <w:num w:numId="16" w16cid:durableId="1685129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9E8"/>
    <w:rsid w:val="00075FB9"/>
    <w:rsid w:val="000D4BEF"/>
    <w:rsid w:val="000E78E8"/>
    <w:rsid w:val="000F3A32"/>
    <w:rsid w:val="0015074B"/>
    <w:rsid w:val="001D77D0"/>
    <w:rsid w:val="00291E68"/>
    <w:rsid w:val="0029639D"/>
    <w:rsid w:val="002D68A8"/>
    <w:rsid w:val="00301AAC"/>
    <w:rsid w:val="00326F90"/>
    <w:rsid w:val="003D3C80"/>
    <w:rsid w:val="00433B30"/>
    <w:rsid w:val="00444AA3"/>
    <w:rsid w:val="004B011B"/>
    <w:rsid w:val="004D597C"/>
    <w:rsid w:val="00511063"/>
    <w:rsid w:val="005213B9"/>
    <w:rsid w:val="00576474"/>
    <w:rsid w:val="00590F55"/>
    <w:rsid w:val="005B6313"/>
    <w:rsid w:val="006260C4"/>
    <w:rsid w:val="0075252D"/>
    <w:rsid w:val="00820289"/>
    <w:rsid w:val="0084334D"/>
    <w:rsid w:val="00860BD6"/>
    <w:rsid w:val="008D3506"/>
    <w:rsid w:val="008D3734"/>
    <w:rsid w:val="009427DC"/>
    <w:rsid w:val="009A4445"/>
    <w:rsid w:val="009D1BE3"/>
    <w:rsid w:val="00A235D7"/>
    <w:rsid w:val="00A66600"/>
    <w:rsid w:val="00AA1D8D"/>
    <w:rsid w:val="00AC5E1C"/>
    <w:rsid w:val="00B47730"/>
    <w:rsid w:val="00B561C8"/>
    <w:rsid w:val="00BA1610"/>
    <w:rsid w:val="00C67A5D"/>
    <w:rsid w:val="00C90D95"/>
    <w:rsid w:val="00CB0664"/>
    <w:rsid w:val="00CC4D3C"/>
    <w:rsid w:val="00DE5D3C"/>
    <w:rsid w:val="00E450E5"/>
    <w:rsid w:val="00E675E2"/>
    <w:rsid w:val="00E826D8"/>
    <w:rsid w:val="00E85A08"/>
    <w:rsid w:val="00F5571A"/>
    <w:rsid w:val="00F65715"/>
    <w:rsid w:val="00FA3D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A059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2026-08-02T21:37:00Z</dcterms:created>
  <dcterms:modified xsi:type="dcterms:W3CDTF">2026-08-28T09:52:00Z</dcterms:modified>
  <cp:category/>
</cp:coreProperties>
</file>