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CB54" w14:textId="77777777" w:rsidR="00B62EF1" w:rsidRDefault="00C27DEE">
      <w:pPr>
        <w:spacing w:before="100" w:after="120"/>
        <w:jc w:val="center"/>
        <w:rPr>
          <w:rFonts w:ascii="Aptos" w:hAnsi="Aptos"/>
          <w:b/>
          <w:sz w:val="36"/>
          <w:lang w:val="pl-PL"/>
        </w:rPr>
      </w:pPr>
      <w:r w:rsidRPr="00BA3B5A">
        <w:rPr>
          <w:rFonts w:ascii="Aptos" w:hAnsi="Aptos"/>
          <w:b/>
          <w:sz w:val="36"/>
          <w:lang w:val="pl-PL"/>
        </w:rPr>
        <w:t>ZAŁĄCZNIK NR 10 DO SWZ</w:t>
      </w:r>
    </w:p>
    <w:p w14:paraId="213CA577" w14:textId="2EA496B4" w:rsidR="00960798" w:rsidRPr="00960798" w:rsidRDefault="00960798">
      <w:pPr>
        <w:spacing w:before="100" w:after="120"/>
        <w:jc w:val="center"/>
        <w:rPr>
          <w:rFonts w:ascii="Aptos" w:hAnsi="Aptos"/>
          <w:bCs/>
          <w:sz w:val="20"/>
          <w:szCs w:val="18"/>
          <w:lang w:val="pl-PL"/>
        </w:rPr>
      </w:pPr>
      <w:r w:rsidRPr="00960798">
        <w:rPr>
          <w:rFonts w:ascii="Aptos" w:hAnsi="Aptos"/>
          <w:bCs/>
          <w:szCs w:val="18"/>
          <w:lang w:val="pl-PL"/>
        </w:rPr>
        <w:t>OŚWIADCZENIE DOTYCZĄCE GRUPY KAPITAŁOWEJ</w:t>
      </w:r>
    </w:p>
    <w:p w14:paraId="1EA132C8" w14:textId="77777777" w:rsidR="00B62EF1" w:rsidRDefault="00C27DEE">
      <w:pPr>
        <w:spacing w:before="160" w:after="100"/>
        <w:jc w:val="center"/>
        <w:rPr>
          <w:rFonts w:ascii="Aptos" w:hAnsi="Aptos"/>
          <w:b/>
          <w:sz w:val="22"/>
          <w:lang w:val="pl-PL"/>
        </w:rPr>
      </w:pPr>
      <w:r w:rsidRPr="00BA3B5A">
        <w:rPr>
          <w:rFonts w:ascii="Aptos" w:hAnsi="Aptos"/>
          <w:b/>
          <w:sz w:val="22"/>
          <w:lang w:val="pl-PL"/>
        </w:rPr>
        <w:t>na zadanie pn.</w:t>
      </w:r>
    </w:p>
    <w:p w14:paraId="2EF3013A" w14:textId="195B5790" w:rsidR="00217421" w:rsidRPr="00BA3B5A" w:rsidRDefault="00960798" w:rsidP="00960798">
      <w:pPr>
        <w:spacing w:after="160"/>
        <w:jc w:val="center"/>
        <w:rPr>
          <w:rFonts w:ascii="Aptos" w:hAnsi="Aptos"/>
          <w:b/>
          <w:sz w:val="22"/>
          <w:lang w:val="pl-PL"/>
        </w:rPr>
      </w:pPr>
      <w:r>
        <w:rPr>
          <w:rFonts w:ascii="Aptos" w:hAnsi="Aptos"/>
          <w:b/>
          <w:sz w:val="22"/>
          <w:lang w:val="pl-PL"/>
        </w:rPr>
        <w:t>„</w:t>
      </w:r>
      <w:r w:rsidRPr="00960798">
        <w:rPr>
          <w:rFonts w:ascii="Aptos" w:hAnsi="Aptos"/>
          <w:b/>
          <w:sz w:val="22"/>
          <w:lang w:val="pl-PL"/>
        </w:rPr>
        <w:t>Świadczenie usług społecznych, opiekuńczych i specjalistycznych</w:t>
      </w:r>
      <w:r>
        <w:rPr>
          <w:rFonts w:ascii="Aptos" w:hAnsi="Aptos"/>
          <w:b/>
          <w:sz w:val="22"/>
          <w:lang w:val="pl-PL"/>
        </w:rPr>
        <w:t>”</w:t>
      </w:r>
    </w:p>
    <w:p w14:paraId="3B82DEC5" w14:textId="77777777" w:rsidR="00B62EF1" w:rsidRPr="00BA3B5A" w:rsidRDefault="00C27DEE">
      <w:pPr>
        <w:spacing w:after="100"/>
        <w:jc w:val="center"/>
        <w:rPr>
          <w:rFonts w:ascii="Aptos" w:hAnsi="Aptos"/>
          <w:lang w:val="pl-PL"/>
        </w:rPr>
      </w:pPr>
      <w:r w:rsidRPr="00BA3B5A">
        <w:rPr>
          <w:rFonts w:ascii="Aptos" w:hAnsi="Aptos"/>
          <w:b/>
          <w:sz w:val="22"/>
          <w:lang w:val="pl-PL"/>
        </w:rPr>
        <w:t>Projekt „Rozwijamy usługi społeczne w Gminie Kawęczyn”, nr FEWP.10.01-IZ.00-0006/25</w:t>
      </w:r>
    </w:p>
    <w:p w14:paraId="26A8F719" w14:textId="77777777" w:rsidR="00217421" w:rsidRPr="00BA3B5A" w:rsidRDefault="00217421">
      <w:pPr>
        <w:spacing w:after="240"/>
        <w:jc w:val="center"/>
        <w:rPr>
          <w:rFonts w:ascii="Aptos" w:hAnsi="Aptos"/>
          <w:sz w:val="19"/>
          <w:lang w:val="pl-PL"/>
        </w:rPr>
      </w:pPr>
    </w:p>
    <w:p w14:paraId="3B1C3128" w14:textId="77777777" w:rsidR="00B62EF1" w:rsidRPr="00BA3B5A" w:rsidRDefault="00C27DEE">
      <w:pPr>
        <w:spacing w:after="240"/>
        <w:jc w:val="center"/>
        <w:rPr>
          <w:rFonts w:ascii="Aptos" w:hAnsi="Aptos"/>
          <w:lang w:val="pl-PL"/>
        </w:rPr>
      </w:pPr>
      <w:r w:rsidRPr="00BA3B5A">
        <w:rPr>
          <w:rFonts w:ascii="Aptos" w:hAnsi="Aptos"/>
          <w:sz w:val="19"/>
          <w:lang w:val="pl-PL"/>
        </w:rPr>
        <w:t>Program Fundusze Europejskie dla Wielkopolski 2021-2027; współfinansowanie z Funduszu na rzecz Sprawiedliwej Transformacji</w:t>
      </w:r>
    </w:p>
    <w:p w14:paraId="4396926A" w14:textId="77777777" w:rsidR="00217421" w:rsidRPr="00BA3B5A" w:rsidRDefault="00217421">
      <w:pPr>
        <w:spacing w:after="160"/>
        <w:jc w:val="right"/>
        <w:rPr>
          <w:rFonts w:ascii="Aptos" w:hAnsi="Aptos"/>
          <w:b/>
          <w:sz w:val="21"/>
          <w:lang w:val="pl-PL"/>
        </w:rPr>
      </w:pPr>
    </w:p>
    <w:p w14:paraId="027BBFE8" w14:textId="77777777" w:rsidR="00B62EF1" w:rsidRPr="00BA3B5A" w:rsidRDefault="00C27DEE">
      <w:pPr>
        <w:spacing w:after="160"/>
        <w:jc w:val="right"/>
        <w:rPr>
          <w:rFonts w:ascii="Aptos" w:hAnsi="Aptos"/>
          <w:lang w:val="pl-PL"/>
        </w:rPr>
      </w:pPr>
      <w:r w:rsidRPr="00BA3B5A">
        <w:rPr>
          <w:rFonts w:ascii="Aptos" w:hAnsi="Aptos"/>
          <w:lang w:val="pl-PL"/>
        </w:rPr>
        <w:t>Numer postępowania: ROŚ.271.45.2026</w:t>
      </w:r>
    </w:p>
    <w:p w14:paraId="607DE120" w14:textId="77777777" w:rsidR="00217421" w:rsidRPr="00BA3B5A" w:rsidRDefault="00217421">
      <w:pPr>
        <w:spacing w:after="100"/>
        <w:jc w:val="right"/>
        <w:rPr>
          <w:rFonts w:ascii="Aptos" w:hAnsi="Aptos"/>
          <w:b/>
          <w:sz w:val="21"/>
          <w:lang w:val="pl-PL"/>
        </w:rPr>
      </w:pPr>
    </w:p>
    <w:p w14:paraId="653073E0" w14:textId="77777777" w:rsidR="00B62EF1" w:rsidRPr="00BA3B5A" w:rsidRDefault="00C27DEE">
      <w:pPr>
        <w:pStyle w:val="Nagwek1"/>
        <w:spacing w:before="140" w:after="60"/>
        <w:rPr>
          <w:rFonts w:ascii="Aptos" w:hAnsi="Aptos"/>
          <w:lang w:val="pl-PL"/>
        </w:rPr>
      </w:pPr>
      <w:r w:rsidRPr="00BA3B5A">
        <w:rPr>
          <w:rFonts w:ascii="Aptos" w:eastAsia="Arial" w:hAnsi="Aptos"/>
          <w:sz w:val="26"/>
          <w:lang w:val="pl-PL"/>
        </w:rPr>
        <w:t>I. DANE PODMIOTU / OSOBY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B62EF1" w:rsidRPr="00BA3B5A" w14:paraId="4C9BA40F" w14:textId="77777777" w:rsidTr="00D96114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DA57E8" w14:textId="77777777" w:rsidR="00B62EF1" w:rsidRPr="00BA3B5A" w:rsidRDefault="00C27DEE">
            <w:pPr>
              <w:jc w:val="center"/>
              <w:rPr>
                <w:rFonts w:ascii="Aptos" w:hAnsi="Aptos"/>
                <w:lang w:val="pl-PL"/>
              </w:rPr>
            </w:pPr>
            <w:r w:rsidRPr="00BA3B5A">
              <w:rPr>
                <w:rFonts w:ascii="Aptos" w:hAnsi="Aptos"/>
                <w:b/>
                <w:sz w:val="17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96B1899" w14:textId="77777777" w:rsidR="00B62EF1" w:rsidRPr="00BA3B5A" w:rsidRDefault="00C27DEE">
            <w:pPr>
              <w:jc w:val="center"/>
              <w:rPr>
                <w:rFonts w:ascii="Aptos" w:hAnsi="Aptos"/>
                <w:lang w:val="pl-PL"/>
              </w:rPr>
            </w:pPr>
            <w:r w:rsidRPr="00BA3B5A">
              <w:rPr>
                <w:rFonts w:ascii="Aptos" w:hAnsi="Aptos"/>
                <w:b/>
                <w:sz w:val="17"/>
                <w:lang w:val="pl-PL"/>
              </w:rPr>
              <w:t>Wartość</w:t>
            </w:r>
          </w:p>
        </w:tc>
      </w:tr>
      <w:tr w:rsidR="00B62EF1" w:rsidRPr="00BA3B5A" w14:paraId="338C4BDD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9F1C4AB" w14:textId="77777777" w:rsidR="00B62EF1" w:rsidRPr="00BA3B5A" w:rsidRDefault="00C27DEE">
            <w:pPr>
              <w:rPr>
                <w:rFonts w:ascii="Aptos" w:hAnsi="Aptos"/>
                <w:lang w:val="pl-PL"/>
              </w:rPr>
            </w:pPr>
            <w:r w:rsidRPr="00BA3B5A">
              <w:rPr>
                <w:rFonts w:ascii="Aptos" w:hAnsi="Aptos"/>
                <w:sz w:val="17"/>
                <w:lang w:val="pl-PL"/>
              </w:rPr>
              <w:t>Nazwa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B129935" w14:textId="77777777" w:rsidR="00B62EF1" w:rsidRPr="00BA3B5A" w:rsidRDefault="00B62EF1">
            <w:pPr>
              <w:rPr>
                <w:rFonts w:ascii="Aptos" w:hAnsi="Aptos"/>
                <w:lang w:val="pl-PL"/>
              </w:rPr>
            </w:pPr>
          </w:p>
        </w:tc>
      </w:tr>
      <w:tr w:rsidR="00B62EF1" w:rsidRPr="00BA3B5A" w14:paraId="5C494552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8472D4F" w14:textId="77777777" w:rsidR="00B62EF1" w:rsidRPr="00BA3B5A" w:rsidRDefault="00C27DEE">
            <w:pPr>
              <w:rPr>
                <w:rFonts w:ascii="Aptos" w:hAnsi="Aptos"/>
                <w:lang w:val="pl-PL"/>
              </w:rPr>
            </w:pPr>
            <w:r w:rsidRPr="00BA3B5A">
              <w:rPr>
                <w:rFonts w:ascii="Aptos" w:hAnsi="Aptos"/>
                <w:sz w:val="17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DA2093D" w14:textId="77777777" w:rsidR="00B62EF1" w:rsidRPr="00BA3B5A" w:rsidRDefault="00B62EF1">
            <w:pPr>
              <w:rPr>
                <w:rFonts w:ascii="Aptos" w:hAnsi="Aptos"/>
                <w:lang w:val="pl-PL"/>
              </w:rPr>
            </w:pPr>
          </w:p>
        </w:tc>
      </w:tr>
      <w:tr w:rsidR="00B62EF1" w:rsidRPr="00BA3B5A" w14:paraId="7F3140E2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1F544AB" w14:textId="77777777" w:rsidR="00B62EF1" w:rsidRPr="00BA3B5A" w:rsidRDefault="00C27DEE">
            <w:pPr>
              <w:rPr>
                <w:rFonts w:ascii="Aptos" w:hAnsi="Aptos"/>
                <w:lang w:val="pl-PL"/>
              </w:rPr>
            </w:pPr>
            <w:r w:rsidRPr="00BA3B5A">
              <w:rPr>
                <w:rFonts w:ascii="Aptos" w:hAnsi="Aptos"/>
                <w:sz w:val="17"/>
                <w:lang w:val="pl-PL"/>
              </w:rPr>
              <w:t>NIP / KRS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957FA7C" w14:textId="77777777" w:rsidR="00B62EF1" w:rsidRPr="00BA3B5A" w:rsidRDefault="00B62EF1">
            <w:pPr>
              <w:rPr>
                <w:rFonts w:ascii="Aptos" w:hAnsi="Aptos"/>
                <w:lang w:val="pl-PL"/>
              </w:rPr>
            </w:pPr>
          </w:p>
        </w:tc>
      </w:tr>
    </w:tbl>
    <w:p w14:paraId="05CDD178" w14:textId="77777777" w:rsidR="00D96114" w:rsidRPr="00BA3B5A" w:rsidRDefault="00D96114">
      <w:pPr>
        <w:pStyle w:val="Nagwek1"/>
        <w:spacing w:before="140" w:after="60"/>
        <w:rPr>
          <w:rFonts w:ascii="Aptos" w:eastAsia="Arial" w:hAnsi="Aptos"/>
          <w:sz w:val="26"/>
          <w:lang w:val="pl-PL"/>
        </w:rPr>
      </w:pPr>
    </w:p>
    <w:p w14:paraId="1F932D24" w14:textId="77C61984" w:rsidR="00B62EF1" w:rsidRPr="00BA3B5A" w:rsidRDefault="00C27DEE">
      <w:pPr>
        <w:pStyle w:val="Nagwek1"/>
        <w:spacing w:before="140" w:after="60"/>
        <w:rPr>
          <w:rFonts w:ascii="Aptos" w:hAnsi="Aptos"/>
          <w:lang w:val="pl-PL"/>
        </w:rPr>
      </w:pPr>
      <w:r w:rsidRPr="00BA3B5A">
        <w:rPr>
          <w:rFonts w:ascii="Aptos" w:eastAsia="Arial" w:hAnsi="Aptos"/>
          <w:sz w:val="26"/>
          <w:lang w:val="pl-PL"/>
        </w:rPr>
        <w:t>II. TREŚĆ</w:t>
      </w:r>
    </w:p>
    <w:p w14:paraId="6C378E79" w14:textId="77777777" w:rsidR="00B62EF1" w:rsidRPr="00BA3B5A" w:rsidRDefault="00C27DEE" w:rsidP="00B544CF">
      <w:pPr>
        <w:pStyle w:val="Listanumerowana"/>
        <w:spacing w:after="50" w:line="271" w:lineRule="auto"/>
        <w:jc w:val="both"/>
        <w:rPr>
          <w:rFonts w:ascii="Aptos" w:hAnsi="Aptos"/>
          <w:lang w:val="pl-PL"/>
        </w:rPr>
      </w:pPr>
      <w:r w:rsidRPr="00BA3B5A">
        <w:rPr>
          <w:rFonts w:ascii="Aptos" w:hAnsi="Aptos"/>
          <w:sz w:val="20"/>
          <w:lang w:val="pl-PL"/>
        </w:rPr>
        <w:t>Oświadczam, w zakresie art. 108 ust. 1 pkt 5 Pzp, o braku przynależności do tej samej grupy kapitałowej w rozumieniu ustawy z dnia 16 lutego 2007 r. o ochronie konkurencji i konsumentów z innym Wykonawcą, który złożył odrębną ofertę w tej samej części postępowania / o przynależności do tej samej grupy kapitałowej wraz z: [...].</w:t>
      </w:r>
    </w:p>
    <w:p w14:paraId="2A61B457" w14:textId="77777777" w:rsidR="00B62EF1" w:rsidRPr="00BA3B5A" w:rsidRDefault="00C27DEE" w:rsidP="00B544CF">
      <w:pPr>
        <w:pStyle w:val="Listanumerowana"/>
        <w:spacing w:after="50" w:line="271" w:lineRule="auto"/>
        <w:jc w:val="both"/>
        <w:rPr>
          <w:rFonts w:ascii="Aptos" w:hAnsi="Aptos"/>
          <w:sz w:val="20"/>
          <w:lang w:val="pl-PL"/>
        </w:rPr>
      </w:pPr>
      <w:r w:rsidRPr="00BA3B5A">
        <w:rPr>
          <w:rFonts w:ascii="Aptos" w:hAnsi="Aptos"/>
          <w:sz w:val="20"/>
          <w:lang w:val="pl-PL"/>
        </w:rPr>
        <w:t>W przypadku przynależności do tej samej grupy kapitałowej przedstawiam wraz z niniejszym oświadczeniem dokumenty lub informacje potwierdzające przygotowanie oferty niezależnie od innego Wykonawcy należącego do tej samej grupy kapitałowej.</w:t>
      </w:r>
    </w:p>
    <w:p w14:paraId="0150352B" w14:textId="77777777" w:rsidR="00B62EF1" w:rsidRPr="00BA3B5A" w:rsidRDefault="00C27DEE" w:rsidP="00B544CF">
      <w:pPr>
        <w:pStyle w:val="Listanumerowana"/>
        <w:spacing w:after="50" w:line="271" w:lineRule="auto"/>
        <w:jc w:val="both"/>
        <w:rPr>
          <w:rFonts w:ascii="Aptos" w:hAnsi="Aptos"/>
          <w:sz w:val="20"/>
          <w:lang w:val="pl-PL"/>
        </w:rPr>
      </w:pPr>
      <w:r w:rsidRPr="00BA3B5A">
        <w:rPr>
          <w:rFonts w:ascii="Aptos" w:hAnsi="Aptos"/>
          <w:sz w:val="20"/>
          <w:lang w:val="pl-PL"/>
        </w:rPr>
        <w:t>Certyfikat nie zastępuje oświadczenia dotyczącego zdarzeń w tym postępowaniu.</w:t>
      </w:r>
    </w:p>
    <w:p w14:paraId="752093CC" w14:textId="77777777" w:rsidR="009E5766" w:rsidRPr="00BA3B5A" w:rsidRDefault="009E5766" w:rsidP="009E5766">
      <w:pPr>
        <w:pStyle w:val="Listanumerowana"/>
        <w:numPr>
          <w:ilvl w:val="0"/>
          <w:numId w:val="0"/>
        </w:numPr>
        <w:spacing w:after="50" w:line="271" w:lineRule="auto"/>
        <w:ind w:left="360" w:hanging="360"/>
        <w:rPr>
          <w:rFonts w:ascii="Aptos" w:hAnsi="Aptos"/>
          <w:lang w:val="pl-PL"/>
        </w:rPr>
      </w:pPr>
    </w:p>
    <w:p w14:paraId="1DA8725E" w14:textId="0A9D12EE" w:rsidR="009E5766" w:rsidRPr="00BA3B5A" w:rsidRDefault="009E5766" w:rsidP="009E5766">
      <w:pPr>
        <w:pStyle w:val="Listanumerowana"/>
        <w:numPr>
          <w:ilvl w:val="0"/>
          <w:numId w:val="0"/>
        </w:numPr>
        <w:spacing w:after="50" w:line="271" w:lineRule="auto"/>
        <w:ind w:left="360" w:hanging="360"/>
        <w:rPr>
          <w:rFonts w:ascii="Aptos" w:hAnsi="Aptos"/>
          <w:lang w:val="pl-PL"/>
        </w:rPr>
      </w:pPr>
      <w:r w:rsidRPr="00BA3B5A">
        <w:rPr>
          <w:rFonts w:ascii="Aptos" w:hAnsi="Aptos"/>
          <w:lang w:val="pl-PL"/>
        </w:rPr>
        <w:t>Dokument należy podpisać w formie wymaganej przez SWZ.</w:t>
      </w:r>
    </w:p>
    <w:sectPr w:rsidR="009E5766" w:rsidRPr="00BA3B5A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C915" w14:textId="77777777" w:rsidR="00F96A0B" w:rsidRDefault="00F96A0B">
      <w:pPr>
        <w:spacing w:after="0" w:line="240" w:lineRule="auto"/>
      </w:pPr>
      <w:r>
        <w:separator/>
      </w:r>
    </w:p>
  </w:endnote>
  <w:endnote w:type="continuationSeparator" w:id="0">
    <w:p w14:paraId="7B8EF9B4" w14:textId="77777777" w:rsidR="00F96A0B" w:rsidRDefault="00F9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1444" w14:textId="77777777" w:rsidR="00EC6D2F" w:rsidRDefault="00EC6D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3725" w14:textId="77777777" w:rsidR="00B62EF1" w:rsidRPr="00D96114" w:rsidRDefault="00C27DEE">
    <w:pPr>
      <w:pStyle w:val="Stopka"/>
      <w:jc w:val="center"/>
      <w:rPr>
        <w:lang w:val="pl-PL"/>
      </w:rPr>
    </w:pPr>
    <w:r w:rsidRPr="00D96114">
      <w:rPr>
        <w:sz w:val="16"/>
        <w:lang w:val="pl-PL"/>
      </w:rPr>
      <w:t xml:space="preserve">OŚWIADCZENIE DOTYCZĄCE GRUPY KAPITAŁOWEJ | FEWP.10.01-IZ.00-0006/25 | Strona </w:t>
    </w:r>
    <w:r>
      <w:fldChar w:fldCharType="begin"/>
    </w:r>
    <w:r w:rsidRPr="00D96114">
      <w:rPr>
        <w:lang w:val="pl-PL"/>
      </w:rPr>
      <w:instrText>PAGE</w:instrText>
    </w:r>
    <w:r>
      <w:fldChar w:fldCharType="separate"/>
    </w:r>
    <w:r w:rsidR="00217421" w:rsidRPr="00D96114">
      <w:rPr>
        <w:noProof/>
        <w:lang w:val="pl-PL"/>
      </w:rPr>
      <w:t>1</w:t>
    </w:r>
    <w:r>
      <w:fldChar w:fldCharType="end"/>
    </w:r>
    <w:r w:rsidRPr="00D96114">
      <w:rPr>
        <w:sz w:val="16"/>
        <w:lang w:val="pl-PL"/>
      </w:rPr>
      <w:t xml:space="preserve"> z </w:t>
    </w:r>
    <w:r>
      <w:fldChar w:fldCharType="begin"/>
    </w:r>
    <w:r w:rsidRPr="00D96114">
      <w:rPr>
        <w:lang w:val="pl-PL"/>
      </w:rPr>
      <w:instrText>NUMPAGES</w:instrText>
    </w:r>
    <w:r>
      <w:fldChar w:fldCharType="separate"/>
    </w:r>
    <w:r w:rsidR="00217421" w:rsidRPr="00D96114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32C2" w14:textId="77777777" w:rsidR="00EC6D2F" w:rsidRDefault="00EC6D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7730" w14:textId="77777777" w:rsidR="00F96A0B" w:rsidRDefault="00F96A0B">
      <w:pPr>
        <w:spacing w:after="0" w:line="240" w:lineRule="auto"/>
      </w:pPr>
      <w:r>
        <w:separator/>
      </w:r>
    </w:p>
  </w:footnote>
  <w:footnote w:type="continuationSeparator" w:id="0">
    <w:p w14:paraId="19058759" w14:textId="77777777" w:rsidR="00F96A0B" w:rsidRDefault="00F9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7048" w14:textId="77777777" w:rsidR="00EC6D2F" w:rsidRDefault="00EC6D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2DA3F" w14:textId="77777777" w:rsidR="00B62EF1" w:rsidRDefault="00C27DEE">
    <w:pPr>
      <w:pStyle w:val="Nagwek"/>
      <w:jc w:val="center"/>
    </w:pPr>
    <w:r>
      <w:rPr>
        <w:noProof/>
      </w:rPr>
      <w:drawing>
        <wp:inline distT="0" distB="0" distL="0" distR="0" wp14:anchorId="7DD39E56" wp14:editId="3A6E579B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3F99" w14:textId="77777777" w:rsidR="00EC6D2F" w:rsidRDefault="00EC6D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528074">
    <w:abstractNumId w:val="8"/>
  </w:num>
  <w:num w:numId="2" w16cid:durableId="1122919234">
    <w:abstractNumId w:val="6"/>
  </w:num>
  <w:num w:numId="3" w16cid:durableId="1242787810">
    <w:abstractNumId w:val="5"/>
  </w:num>
  <w:num w:numId="4" w16cid:durableId="182406932">
    <w:abstractNumId w:val="4"/>
  </w:num>
  <w:num w:numId="5" w16cid:durableId="1667245313">
    <w:abstractNumId w:val="7"/>
  </w:num>
  <w:num w:numId="6" w16cid:durableId="1896775428">
    <w:abstractNumId w:val="3"/>
  </w:num>
  <w:num w:numId="7" w16cid:durableId="1963682247">
    <w:abstractNumId w:val="2"/>
  </w:num>
  <w:num w:numId="8" w16cid:durableId="969675532">
    <w:abstractNumId w:val="1"/>
  </w:num>
  <w:num w:numId="9" w16cid:durableId="1474829717">
    <w:abstractNumId w:val="0"/>
  </w:num>
  <w:num w:numId="10" w16cid:durableId="1587836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49F"/>
    <w:rsid w:val="00126683"/>
    <w:rsid w:val="0013368C"/>
    <w:rsid w:val="0015074B"/>
    <w:rsid w:val="001A4AA0"/>
    <w:rsid w:val="00217421"/>
    <w:rsid w:val="0029639D"/>
    <w:rsid w:val="003072C8"/>
    <w:rsid w:val="00326F90"/>
    <w:rsid w:val="00361673"/>
    <w:rsid w:val="005D53AF"/>
    <w:rsid w:val="00665129"/>
    <w:rsid w:val="00960798"/>
    <w:rsid w:val="009E5766"/>
    <w:rsid w:val="00AA1D8D"/>
    <w:rsid w:val="00B47730"/>
    <w:rsid w:val="00B544CF"/>
    <w:rsid w:val="00B62EF1"/>
    <w:rsid w:val="00BA3B5A"/>
    <w:rsid w:val="00C077BA"/>
    <w:rsid w:val="00C27DEE"/>
    <w:rsid w:val="00C66736"/>
    <w:rsid w:val="00CB0664"/>
    <w:rsid w:val="00CB6A69"/>
    <w:rsid w:val="00D96114"/>
    <w:rsid w:val="00DB2FF8"/>
    <w:rsid w:val="00E177C8"/>
    <w:rsid w:val="00EC6D2F"/>
    <w:rsid w:val="00F10EDC"/>
    <w:rsid w:val="00F73BBA"/>
    <w:rsid w:val="00F96A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AF8EB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B544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4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4CF"/>
    <w:rPr>
      <w:rFonts w:ascii="Arial" w:eastAsia="Arial" w:hAnsi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4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4CF"/>
    <w:rPr>
      <w:rFonts w:ascii="Arial" w:eastAsia="Arial" w:hAnsi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1005</Characters>
  <Application>Microsoft Office Word</Application>
  <DocSecurity>0</DocSecurity>
  <Lines>8</Lines>
  <Paragraphs>2</Paragraphs>
  <ScaleCrop>false</ScaleCrop>
  <Manager/>
  <Company/>
  <LinksUpToDate>false</LinksUpToDate>
  <CharactersWithSpaces>1170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2026-08-02T21:40:00Z</dcterms:created>
  <dcterms:modified xsi:type="dcterms:W3CDTF">2026-08-28T09:58:00Z</dcterms:modified>
  <cp:category/>
</cp:coreProperties>
</file>