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78384" w14:textId="77777777" w:rsidR="005428D6" w:rsidRDefault="000E17E3">
      <w:pPr>
        <w:spacing w:before="100" w:after="120"/>
        <w:jc w:val="center"/>
        <w:rPr>
          <w:rFonts w:ascii="Aptos" w:hAnsi="Aptos"/>
          <w:b/>
          <w:sz w:val="36"/>
          <w:lang w:val="pl-PL"/>
        </w:rPr>
      </w:pPr>
      <w:r w:rsidRPr="000E7218">
        <w:rPr>
          <w:rFonts w:ascii="Aptos" w:hAnsi="Aptos"/>
          <w:b/>
          <w:sz w:val="36"/>
          <w:lang w:val="pl-PL"/>
        </w:rPr>
        <w:t>ZAŁĄCZNIK NR 12 DO SWZ</w:t>
      </w:r>
    </w:p>
    <w:p w14:paraId="3C5C836A" w14:textId="442A5BBD" w:rsidR="00310532" w:rsidRPr="000E7218" w:rsidRDefault="00310532">
      <w:pPr>
        <w:spacing w:before="100" w:after="120"/>
        <w:jc w:val="center"/>
        <w:rPr>
          <w:rFonts w:ascii="Aptos" w:hAnsi="Aptos"/>
          <w:lang w:val="pl-PL"/>
        </w:rPr>
      </w:pPr>
      <w:r w:rsidRPr="000E7218">
        <w:rPr>
          <w:rFonts w:ascii="Aptos" w:hAnsi="Aptos"/>
          <w:b/>
          <w:sz w:val="31"/>
          <w:lang w:val="pl-PL"/>
        </w:rPr>
        <w:t>KLAUZULA INFORMACYJNA RODO</w:t>
      </w:r>
    </w:p>
    <w:p w14:paraId="0F5EAA48" w14:textId="77777777" w:rsidR="005428D6" w:rsidRPr="000E7218" w:rsidRDefault="000E17E3">
      <w:pPr>
        <w:spacing w:before="160" w:after="100"/>
        <w:jc w:val="center"/>
        <w:rPr>
          <w:rFonts w:ascii="Aptos" w:hAnsi="Aptos"/>
          <w:lang w:val="pl-PL"/>
        </w:rPr>
      </w:pPr>
      <w:r w:rsidRPr="000E7218">
        <w:rPr>
          <w:rFonts w:ascii="Aptos" w:hAnsi="Aptos"/>
          <w:b/>
          <w:sz w:val="22"/>
          <w:lang w:val="pl-PL"/>
        </w:rPr>
        <w:t>na zadanie pn.</w:t>
      </w:r>
    </w:p>
    <w:p w14:paraId="3DB755D0" w14:textId="2CF80DE4" w:rsidR="005428D6" w:rsidRPr="000E7218" w:rsidRDefault="000E17E3">
      <w:pPr>
        <w:spacing w:before="160"/>
        <w:jc w:val="center"/>
        <w:rPr>
          <w:rFonts w:ascii="Aptos" w:hAnsi="Aptos"/>
          <w:lang w:val="pl-PL"/>
        </w:rPr>
      </w:pPr>
      <w:r w:rsidRPr="000E7218">
        <w:rPr>
          <w:rFonts w:ascii="Aptos" w:hAnsi="Aptos"/>
          <w:b/>
          <w:sz w:val="31"/>
          <w:lang w:val="pl-PL"/>
        </w:rPr>
        <w:t>„</w:t>
      </w:r>
      <w:r w:rsidR="00310532" w:rsidRPr="00310532">
        <w:rPr>
          <w:rFonts w:ascii="Aptos" w:hAnsi="Aptos"/>
          <w:b/>
          <w:sz w:val="31"/>
          <w:lang w:val="pl-PL"/>
        </w:rPr>
        <w:t>Świadczenie usług społecznych, opiekuńczych i specjalistycznych</w:t>
      </w:r>
      <w:r w:rsidRPr="000E7218">
        <w:rPr>
          <w:rFonts w:ascii="Aptos" w:hAnsi="Aptos"/>
          <w:b/>
          <w:sz w:val="31"/>
          <w:lang w:val="pl-PL"/>
        </w:rPr>
        <w:t>”</w:t>
      </w:r>
    </w:p>
    <w:p w14:paraId="3D63D53E" w14:textId="77777777" w:rsidR="00DC37E5" w:rsidRPr="000E7218" w:rsidRDefault="00DC37E5">
      <w:pPr>
        <w:spacing w:after="100"/>
        <w:jc w:val="center"/>
        <w:rPr>
          <w:rFonts w:ascii="Aptos" w:hAnsi="Aptos"/>
          <w:b/>
          <w:sz w:val="22"/>
          <w:lang w:val="pl-PL"/>
        </w:rPr>
      </w:pPr>
    </w:p>
    <w:p w14:paraId="39F88CB5" w14:textId="77777777" w:rsidR="005428D6" w:rsidRPr="000E7218" w:rsidRDefault="000E17E3">
      <w:pPr>
        <w:spacing w:after="100"/>
        <w:jc w:val="center"/>
        <w:rPr>
          <w:rFonts w:ascii="Aptos" w:hAnsi="Aptos"/>
          <w:lang w:val="pl-PL"/>
        </w:rPr>
      </w:pPr>
      <w:r w:rsidRPr="000E7218">
        <w:rPr>
          <w:rFonts w:ascii="Aptos" w:hAnsi="Aptos"/>
          <w:b/>
          <w:sz w:val="22"/>
          <w:lang w:val="pl-PL"/>
        </w:rPr>
        <w:t>Projekt „Rozwijamy usługi społeczne w Gminie Kawęczyn”, nr FEWP.10.01-IZ.00-0006/25</w:t>
      </w:r>
    </w:p>
    <w:p w14:paraId="0F3AC5C9" w14:textId="77777777" w:rsidR="005428D6" w:rsidRPr="000E7218" w:rsidRDefault="000E17E3">
      <w:pPr>
        <w:spacing w:after="240"/>
        <w:jc w:val="center"/>
        <w:rPr>
          <w:rFonts w:ascii="Aptos" w:hAnsi="Aptos"/>
          <w:lang w:val="pl-PL"/>
        </w:rPr>
      </w:pPr>
      <w:r w:rsidRPr="000E7218">
        <w:rPr>
          <w:rFonts w:ascii="Aptos" w:hAnsi="Aptos"/>
          <w:sz w:val="19"/>
          <w:lang w:val="pl-PL"/>
        </w:rPr>
        <w:t>Program Fundusze Europejskie dla Wielkopolski 2021-2027; współfinansowanie z Funduszu na rzecz Sprawiedliwej Transformacji</w:t>
      </w:r>
    </w:p>
    <w:p w14:paraId="5CC2752D" w14:textId="77777777" w:rsidR="00DC37E5" w:rsidRPr="000E7218" w:rsidRDefault="00DC37E5">
      <w:pPr>
        <w:spacing w:after="160"/>
        <w:jc w:val="right"/>
        <w:rPr>
          <w:rFonts w:ascii="Aptos" w:hAnsi="Aptos"/>
          <w:b/>
          <w:sz w:val="21"/>
          <w:lang w:val="pl-PL"/>
        </w:rPr>
      </w:pPr>
    </w:p>
    <w:p w14:paraId="2B16324A" w14:textId="77777777" w:rsidR="005428D6" w:rsidRPr="000E7218" w:rsidRDefault="000E17E3" w:rsidP="00310532">
      <w:pPr>
        <w:spacing w:after="160"/>
        <w:rPr>
          <w:rFonts w:ascii="Aptos" w:hAnsi="Aptos"/>
          <w:lang w:val="pl-PL"/>
        </w:rPr>
      </w:pPr>
      <w:r w:rsidRPr="000E7218">
        <w:rPr>
          <w:rFonts w:ascii="Aptos" w:hAnsi="Aptos"/>
          <w:lang w:val="pl-PL"/>
        </w:rPr>
        <w:t>Numer postępowania: ROŚ.271.45.2026</w:t>
      </w:r>
    </w:p>
    <w:p w14:paraId="0D940CCA" w14:textId="77777777" w:rsidR="00874825" w:rsidRDefault="00872C6F">
      <w:pPr>
        <w:rPr>
          <w:rFonts w:ascii="Aptos" w:hAnsi="Aptos"/>
          <w:b/>
          <w:lang w:val="pl-PL"/>
        </w:rPr>
      </w:pPr>
      <w:r w:rsidRPr="000E7218">
        <w:rPr>
          <w:rFonts w:ascii="Aptos" w:hAnsi="Aptos"/>
          <w:b/>
          <w:lang w:val="pl-PL"/>
        </w:rPr>
        <w:t>KLAUZULA INFORMACYJNA RODO</w:t>
      </w:r>
    </w:p>
    <w:p w14:paraId="3F5FA63A" w14:textId="77777777" w:rsidR="007813D1" w:rsidRDefault="007813D1">
      <w:pPr>
        <w:rPr>
          <w:rFonts w:ascii="Aptos" w:hAnsi="Aptos"/>
          <w:b/>
          <w:lang w:val="pl-PL"/>
        </w:rPr>
      </w:pPr>
    </w:p>
    <w:p w14:paraId="13942C0E" w14:textId="77777777" w:rsidR="007813D1" w:rsidRPr="007813D1" w:rsidRDefault="007813D1" w:rsidP="007813D1">
      <w:pPr>
        <w:rPr>
          <w:rFonts w:ascii="Aptos" w:hAnsi="Aptos"/>
          <w:lang w:val="pl-PL"/>
        </w:rPr>
      </w:pPr>
      <w:r w:rsidRPr="007813D1">
        <w:rPr>
          <w:rFonts w:ascii="Aptos" w:hAnsi="Aptos"/>
          <w:lang w:val="pl-PL"/>
        </w:rPr>
        <w:t xml:space="preserve">Zgodnie z art. 13 Rozporządzenia Parlamentu Europejskiego i Rady (UE) 2016/679 z dnia 27 kwietnia </w:t>
      </w:r>
    </w:p>
    <w:p w14:paraId="366ADE11" w14:textId="77777777" w:rsidR="007813D1" w:rsidRPr="007813D1" w:rsidRDefault="007813D1" w:rsidP="007813D1">
      <w:pPr>
        <w:rPr>
          <w:rFonts w:ascii="Aptos" w:hAnsi="Aptos"/>
          <w:lang w:val="pl-PL"/>
        </w:rPr>
      </w:pPr>
      <w:r w:rsidRPr="007813D1">
        <w:rPr>
          <w:rFonts w:ascii="Aptos" w:hAnsi="Aptos"/>
          <w:lang w:val="pl-PL"/>
        </w:rPr>
        <w:t>2016 r. w sprawie ochrony osób fizycznych w związku z przetwarzaniem danych osobowych i w sprawie swobodnego przepływu takich danych oraz uchylenia dyrektywy 95/46/WE, zwanym dalej RODO, informuje, że:</w:t>
      </w:r>
    </w:p>
    <w:p w14:paraId="3CD608DE" w14:textId="77777777" w:rsidR="007813D1" w:rsidRPr="007813D1" w:rsidRDefault="007813D1" w:rsidP="007813D1">
      <w:pPr>
        <w:rPr>
          <w:rFonts w:ascii="Aptos" w:hAnsi="Aptos"/>
          <w:lang w:val="pl-PL"/>
        </w:rPr>
      </w:pPr>
      <w:r w:rsidRPr="007813D1">
        <w:rPr>
          <w:rFonts w:ascii="Aptos" w:hAnsi="Aptos"/>
          <w:lang w:val="pl-PL"/>
        </w:rPr>
        <w:t>1.</w:t>
      </w:r>
      <w:r w:rsidRPr="007813D1">
        <w:rPr>
          <w:rFonts w:ascii="Aptos" w:hAnsi="Aptos"/>
          <w:lang w:val="pl-PL"/>
        </w:rPr>
        <w:tab/>
        <w:t>Administratorem Państwa danych  osobowych jest Gminny Ośrodek Pomocy Społecznej w Kawęczynie  reprezentowany przez Kierownika Ośrodka, z siedzibą: Kawęczyn 48, 62-704 Kawęczyn.</w:t>
      </w:r>
    </w:p>
    <w:p w14:paraId="7A1F0C8E" w14:textId="77777777" w:rsidR="007813D1" w:rsidRPr="007813D1" w:rsidRDefault="007813D1" w:rsidP="007813D1">
      <w:pPr>
        <w:rPr>
          <w:rFonts w:ascii="Aptos" w:hAnsi="Aptos"/>
          <w:lang w:val="pl-PL"/>
        </w:rPr>
      </w:pPr>
      <w:r w:rsidRPr="007813D1">
        <w:rPr>
          <w:rFonts w:ascii="Aptos" w:hAnsi="Aptos"/>
          <w:lang w:val="pl-PL"/>
        </w:rPr>
        <w:t>2.</w:t>
      </w:r>
      <w:r w:rsidRPr="007813D1">
        <w:rPr>
          <w:rFonts w:ascii="Aptos" w:hAnsi="Aptos"/>
          <w:lang w:val="pl-PL"/>
        </w:rPr>
        <w:tab/>
        <w:t>Administrator wyznaczył Inspektora Ochrony Danych z którym możecie Państwo się skontaktować za pomocą  e-mail: inspektor@osdidk.pl.</w:t>
      </w:r>
    </w:p>
    <w:p w14:paraId="1431909C" w14:textId="77777777" w:rsidR="007813D1" w:rsidRPr="007813D1" w:rsidRDefault="007813D1" w:rsidP="007813D1">
      <w:pPr>
        <w:rPr>
          <w:rFonts w:ascii="Aptos" w:hAnsi="Aptos"/>
          <w:lang w:val="pl-PL"/>
        </w:rPr>
      </w:pPr>
      <w:r w:rsidRPr="007813D1">
        <w:rPr>
          <w:rFonts w:ascii="Aptos" w:hAnsi="Aptos"/>
          <w:lang w:val="pl-PL"/>
        </w:rPr>
        <w:t>3.</w:t>
      </w:r>
      <w:r w:rsidRPr="007813D1">
        <w:rPr>
          <w:rFonts w:ascii="Aptos" w:hAnsi="Aptos"/>
          <w:lang w:val="pl-PL"/>
        </w:rPr>
        <w:tab/>
        <w:t>Państwa dane osobowe będą przetwarzane w celu realizacji postępowania o udzielenie zamówienia publicznego prowadzonego w trybie przetargu w szczególności rejestracji składanych ofert, rozpatrywania złożonych ofert, wyboru dostawcy/wykonawcy.</w:t>
      </w:r>
    </w:p>
    <w:p w14:paraId="4C856F3D" w14:textId="77777777" w:rsidR="007813D1" w:rsidRPr="007813D1" w:rsidRDefault="007813D1" w:rsidP="007813D1">
      <w:pPr>
        <w:rPr>
          <w:rFonts w:ascii="Aptos" w:hAnsi="Aptos"/>
          <w:lang w:val="pl-PL"/>
        </w:rPr>
      </w:pPr>
      <w:r w:rsidRPr="007813D1">
        <w:rPr>
          <w:rFonts w:ascii="Aptos" w:hAnsi="Aptos"/>
          <w:lang w:val="pl-PL"/>
        </w:rPr>
        <w:t>4.</w:t>
      </w:r>
      <w:r w:rsidRPr="007813D1">
        <w:rPr>
          <w:rFonts w:ascii="Aptos" w:hAnsi="Aptos"/>
          <w:lang w:val="pl-PL"/>
        </w:rPr>
        <w:tab/>
        <w:t xml:space="preserve">Państwa dane osobowe będą przetwarzane na podstawie: </w:t>
      </w:r>
    </w:p>
    <w:p w14:paraId="36094456" w14:textId="77777777" w:rsidR="007813D1" w:rsidRPr="007813D1" w:rsidRDefault="007813D1" w:rsidP="007813D1">
      <w:pPr>
        <w:rPr>
          <w:rFonts w:ascii="Aptos" w:hAnsi="Aptos"/>
          <w:lang w:val="pl-PL"/>
        </w:rPr>
      </w:pPr>
      <w:r w:rsidRPr="007813D1">
        <w:rPr>
          <w:rFonts w:ascii="Aptos" w:hAnsi="Aptos"/>
          <w:lang w:val="pl-PL"/>
        </w:rPr>
        <w:t></w:t>
      </w:r>
      <w:r w:rsidRPr="007813D1">
        <w:rPr>
          <w:rFonts w:ascii="Aptos" w:hAnsi="Aptos"/>
          <w:lang w:val="pl-PL"/>
        </w:rPr>
        <w:tab/>
        <w:t xml:space="preserve">art. 6 ust. 1 lit. c RODO, wypełnienia obowiązków prawnych ciążących na Administratorze wynikających z obowiązujących przepisów prawa, w związku z ustawą z dnia 11 września 2019r. Prawo zamówień publicznych; </w:t>
      </w:r>
    </w:p>
    <w:p w14:paraId="1C8F7488" w14:textId="77777777" w:rsidR="007813D1" w:rsidRPr="007813D1" w:rsidRDefault="007813D1" w:rsidP="007813D1">
      <w:pPr>
        <w:rPr>
          <w:rFonts w:ascii="Aptos" w:hAnsi="Aptos"/>
          <w:lang w:val="pl-PL"/>
        </w:rPr>
      </w:pPr>
      <w:r w:rsidRPr="007813D1">
        <w:rPr>
          <w:rFonts w:ascii="Aptos" w:hAnsi="Aptos"/>
          <w:lang w:val="pl-PL"/>
        </w:rPr>
        <w:lastRenderedPageBreak/>
        <w:t></w:t>
      </w:r>
      <w:r w:rsidRPr="007813D1">
        <w:rPr>
          <w:rFonts w:ascii="Aptos" w:hAnsi="Aptos"/>
          <w:lang w:val="pl-PL"/>
        </w:rPr>
        <w:tab/>
        <w:t>art. 6 ust. 1 lit. b RODO, przygotowanie i podpisanie umowy na wykonanie przedmiotu zamówienia – jeżeli taka zostanie z Państwem zawarta;</w:t>
      </w:r>
    </w:p>
    <w:p w14:paraId="46763E5A" w14:textId="77777777" w:rsidR="007813D1" w:rsidRPr="007813D1" w:rsidRDefault="007813D1" w:rsidP="007813D1">
      <w:pPr>
        <w:rPr>
          <w:rFonts w:ascii="Aptos" w:hAnsi="Aptos"/>
          <w:lang w:val="pl-PL"/>
        </w:rPr>
      </w:pPr>
      <w:r w:rsidRPr="007813D1">
        <w:rPr>
          <w:rFonts w:ascii="Aptos" w:hAnsi="Aptos"/>
          <w:lang w:val="pl-PL"/>
        </w:rPr>
        <w:t></w:t>
      </w:r>
      <w:r w:rsidRPr="007813D1">
        <w:rPr>
          <w:rFonts w:ascii="Aptos" w:hAnsi="Aptos"/>
          <w:lang w:val="pl-PL"/>
        </w:rPr>
        <w:tab/>
        <w:t xml:space="preserve">art. 6 ust. 1 lit. a RODO osoba, której dane dotyczą wyraziła zgodę na przetwarzanie swoich danych </w:t>
      </w:r>
    </w:p>
    <w:p w14:paraId="4142DE55" w14:textId="77777777" w:rsidR="007813D1" w:rsidRPr="007813D1" w:rsidRDefault="007813D1" w:rsidP="007813D1">
      <w:pPr>
        <w:rPr>
          <w:rFonts w:ascii="Aptos" w:hAnsi="Aptos"/>
          <w:lang w:val="pl-PL"/>
        </w:rPr>
      </w:pPr>
      <w:r w:rsidRPr="007813D1">
        <w:rPr>
          <w:rFonts w:ascii="Aptos" w:hAnsi="Aptos"/>
          <w:lang w:val="pl-PL"/>
        </w:rPr>
        <w:t>w jednym lub większej liczbie określonych celów.</w:t>
      </w:r>
    </w:p>
    <w:p w14:paraId="3D584257" w14:textId="77777777" w:rsidR="007813D1" w:rsidRPr="007813D1" w:rsidRDefault="007813D1" w:rsidP="007813D1">
      <w:pPr>
        <w:rPr>
          <w:rFonts w:ascii="Aptos" w:hAnsi="Aptos"/>
          <w:lang w:val="pl-PL"/>
        </w:rPr>
      </w:pPr>
      <w:r w:rsidRPr="007813D1">
        <w:rPr>
          <w:rFonts w:ascii="Aptos" w:hAnsi="Aptos"/>
          <w:lang w:val="pl-PL"/>
        </w:rPr>
        <w:t>5.</w:t>
      </w:r>
      <w:r w:rsidRPr="007813D1">
        <w:rPr>
          <w:rFonts w:ascii="Aptos" w:hAnsi="Aptos"/>
          <w:lang w:val="pl-PL"/>
        </w:rPr>
        <w:tab/>
        <w:t xml:space="preserve">Państwa dane osobowe będą przechowywane przez okres niezbędny do realizacji celu, </w:t>
      </w:r>
    </w:p>
    <w:p w14:paraId="7DF5C6D0" w14:textId="77777777" w:rsidR="007813D1" w:rsidRPr="007813D1" w:rsidRDefault="007813D1" w:rsidP="007813D1">
      <w:pPr>
        <w:rPr>
          <w:rFonts w:ascii="Aptos" w:hAnsi="Aptos"/>
          <w:lang w:val="pl-PL"/>
        </w:rPr>
      </w:pPr>
      <w:r w:rsidRPr="007813D1">
        <w:rPr>
          <w:rFonts w:ascii="Aptos" w:hAnsi="Aptos"/>
          <w:lang w:val="pl-PL"/>
        </w:rPr>
        <w:t>a następnie przez okres wskazany przez przepisy obowiązującego prawa.</w:t>
      </w:r>
    </w:p>
    <w:p w14:paraId="58D91724" w14:textId="77777777" w:rsidR="007813D1" w:rsidRPr="007813D1" w:rsidRDefault="007813D1" w:rsidP="007813D1">
      <w:pPr>
        <w:rPr>
          <w:rFonts w:ascii="Aptos" w:hAnsi="Aptos"/>
          <w:lang w:val="pl-PL"/>
        </w:rPr>
      </w:pPr>
      <w:r w:rsidRPr="007813D1">
        <w:rPr>
          <w:rFonts w:ascii="Aptos" w:hAnsi="Aptos"/>
          <w:lang w:val="pl-PL"/>
        </w:rPr>
        <w:t>6.</w:t>
      </w:r>
      <w:r w:rsidRPr="007813D1">
        <w:rPr>
          <w:rFonts w:ascii="Aptos" w:hAnsi="Aptos"/>
          <w:lang w:val="pl-PL"/>
        </w:rPr>
        <w:tab/>
        <w:t>Państwa dane osobowe nie będą udostępniane innym odbiorcom z wyłączeniem podmiotów do tego uprawnionych takich jak:</w:t>
      </w:r>
    </w:p>
    <w:p w14:paraId="1B59AA67" w14:textId="77777777" w:rsidR="007813D1" w:rsidRPr="007813D1" w:rsidRDefault="007813D1" w:rsidP="007813D1">
      <w:pPr>
        <w:rPr>
          <w:rFonts w:ascii="Aptos" w:hAnsi="Aptos"/>
          <w:lang w:val="pl-PL"/>
        </w:rPr>
      </w:pPr>
      <w:r w:rsidRPr="007813D1">
        <w:rPr>
          <w:rFonts w:ascii="Aptos" w:hAnsi="Aptos"/>
          <w:lang w:val="pl-PL"/>
        </w:rPr>
        <w:t></w:t>
      </w:r>
      <w:r w:rsidRPr="007813D1">
        <w:rPr>
          <w:rFonts w:ascii="Aptos" w:hAnsi="Aptos"/>
          <w:lang w:val="pl-PL"/>
        </w:rPr>
        <w:tab/>
        <w:t>podmioty upoważnione do odbioru danych osobowych na podstawie odpowiednich przepisów prawa,</w:t>
      </w:r>
    </w:p>
    <w:p w14:paraId="59EB0197" w14:textId="77777777" w:rsidR="007813D1" w:rsidRPr="007813D1" w:rsidRDefault="007813D1" w:rsidP="007813D1">
      <w:pPr>
        <w:rPr>
          <w:rFonts w:ascii="Aptos" w:hAnsi="Aptos"/>
          <w:lang w:val="pl-PL"/>
        </w:rPr>
      </w:pPr>
      <w:r w:rsidRPr="007813D1">
        <w:rPr>
          <w:rFonts w:ascii="Aptos" w:hAnsi="Aptos"/>
          <w:lang w:val="pl-PL"/>
        </w:rPr>
        <w:t></w:t>
      </w:r>
      <w:r w:rsidRPr="007813D1">
        <w:rPr>
          <w:rFonts w:ascii="Aptos" w:hAnsi="Aptos"/>
          <w:lang w:val="pl-PL"/>
        </w:rPr>
        <w:tab/>
        <w:t xml:space="preserve">podmioty, które przetwarzają dane osobowe w imieniu Administratora na podstawie zawartej  </w:t>
      </w:r>
    </w:p>
    <w:p w14:paraId="27A8E555" w14:textId="77777777" w:rsidR="007813D1" w:rsidRPr="007813D1" w:rsidRDefault="007813D1" w:rsidP="007813D1">
      <w:pPr>
        <w:rPr>
          <w:rFonts w:ascii="Aptos" w:hAnsi="Aptos"/>
          <w:lang w:val="pl-PL"/>
        </w:rPr>
      </w:pPr>
      <w:r w:rsidRPr="007813D1">
        <w:rPr>
          <w:rFonts w:ascii="Aptos" w:hAnsi="Aptos"/>
          <w:lang w:val="pl-PL"/>
        </w:rPr>
        <w:t>z Administratorem umowy powierzenia przetwarzania danych osobowych.</w:t>
      </w:r>
    </w:p>
    <w:p w14:paraId="6E8199BB" w14:textId="0D7AF22C" w:rsidR="007813D1" w:rsidRPr="007813D1" w:rsidRDefault="007813D1" w:rsidP="007813D1">
      <w:pPr>
        <w:rPr>
          <w:rFonts w:ascii="Aptos" w:hAnsi="Aptos"/>
          <w:lang w:val="pl-PL"/>
        </w:rPr>
      </w:pPr>
      <w:r w:rsidRPr="007813D1">
        <w:rPr>
          <w:rFonts w:ascii="Aptos" w:hAnsi="Aptos"/>
          <w:lang w:val="pl-PL"/>
        </w:rPr>
        <w:t>7.</w:t>
      </w:r>
      <w:r w:rsidRPr="007813D1">
        <w:rPr>
          <w:rFonts w:ascii="Aptos" w:hAnsi="Aptos"/>
          <w:lang w:val="pl-PL"/>
        </w:rPr>
        <w:tab/>
        <w:t>Posiadają Państwo prawo dostępu do danych, ich sprostowania, ograniczenia przetwarzania, a w przypadkach przewidzianych przepisami prawa również usunięcia danych, wniesienia sprzeciwu oraz prawo do przenoszenia danych, jeżeli przysługuje ono na podstawie przepisów RODO.</w:t>
      </w:r>
    </w:p>
    <w:p w14:paraId="7CF386FA" w14:textId="77777777" w:rsidR="007813D1" w:rsidRPr="007813D1" w:rsidRDefault="007813D1" w:rsidP="007813D1">
      <w:pPr>
        <w:rPr>
          <w:rFonts w:ascii="Aptos" w:hAnsi="Aptos"/>
          <w:lang w:val="pl-PL"/>
        </w:rPr>
      </w:pPr>
      <w:r w:rsidRPr="007813D1">
        <w:rPr>
          <w:rFonts w:ascii="Aptos" w:hAnsi="Aptos"/>
          <w:lang w:val="pl-PL"/>
        </w:rPr>
        <w:t>8.</w:t>
      </w:r>
      <w:r w:rsidRPr="007813D1">
        <w:rPr>
          <w:rFonts w:ascii="Aptos" w:hAnsi="Aptos"/>
          <w:lang w:val="pl-PL"/>
        </w:rPr>
        <w:tab/>
        <w:t xml:space="preserve">Podanie danych osobowych jest wymogiem ustawowym i jesteście Państwo zobowiązani  do ich podania; w przypadku niepodania danych osobowych niemożliwe będzie dokonanie wyboru oferty oraz podpisanie umowy na realizację zadania publicznego. </w:t>
      </w:r>
    </w:p>
    <w:p w14:paraId="58C7AD95" w14:textId="40A92D12" w:rsidR="007813D1" w:rsidRPr="007813D1" w:rsidRDefault="007813D1" w:rsidP="007813D1">
      <w:pPr>
        <w:rPr>
          <w:rFonts w:ascii="Aptos" w:hAnsi="Aptos"/>
          <w:lang w:val="pl-PL"/>
        </w:rPr>
      </w:pPr>
      <w:r w:rsidRPr="007813D1">
        <w:rPr>
          <w:rFonts w:ascii="Aptos" w:hAnsi="Aptos"/>
          <w:lang w:val="pl-PL"/>
        </w:rPr>
        <w:t>9.</w:t>
      </w:r>
      <w:r w:rsidRPr="007813D1">
        <w:rPr>
          <w:rFonts w:ascii="Aptos" w:hAnsi="Aptos"/>
          <w:lang w:val="pl-PL"/>
        </w:rPr>
        <w:tab/>
        <w:t xml:space="preserve">Jeżeli Państwa dane osobowe przetwarzane są na podstawie zgody, posiadają Państwo prawo do wycofania zgody w dowolnym momencie z tym, że wycofanie zgody nie wpływa na zgodność z prawem przetwarzania, którego dokonano na podstawie zgody przed jej wycofaniem. </w:t>
      </w:r>
    </w:p>
    <w:p w14:paraId="7F5B0863" w14:textId="77777777" w:rsidR="007813D1" w:rsidRPr="007813D1" w:rsidRDefault="007813D1" w:rsidP="007813D1">
      <w:pPr>
        <w:rPr>
          <w:rFonts w:ascii="Aptos" w:hAnsi="Aptos"/>
          <w:lang w:val="pl-PL"/>
        </w:rPr>
      </w:pPr>
      <w:r w:rsidRPr="007813D1">
        <w:rPr>
          <w:rFonts w:ascii="Aptos" w:hAnsi="Aptos"/>
          <w:lang w:val="pl-PL"/>
        </w:rPr>
        <w:t>10.</w:t>
      </w:r>
      <w:r w:rsidRPr="007813D1">
        <w:rPr>
          <w:rFonts w:ascii="Aptos" w:hAnsi="Aptos"/>
          <w:lang w:val="pl-PL"/>
        </w:rPr>
        <w:tab/>
        <w:t>Jeżeli uznają Państwo, że przetwarzanie danych narusza przepisy RODO, posiadają Państwo prawo wniesienia skargi do Prezesa Urzędu Ochrony Danych Osobowych na adres ul. Stanisława Moniuszki 1A, 00-014 Warszawa, e-mail: kancelaria@uodo.gov.pl, tel.: 225310300.</w:t>
      </w:r>
    </w:p>
    <w:p w14:paraId="625DC74E" w14:textId="77777777" w:rsidR="007813D1" w:rsidRPr="007813D1" w:rsidRDefault="007813D1" w:rsidP="007813D1">
      <w:pPr>
        <w:rPr>
          <w:rFonts w:ascii="Aptos" w:hAnsi="Aptos"/>
          <w:lang w:val="pl-PL"/>
        </w:rPr>
      </w:pPr>
      <w:r w:rsidRPr="007813D1">
        <w:rPr>
          <w:rFonts w:ascii="Aptos" w:hAnsi="Aptos"/>
          <w:lang w:val="pl-PL"/>
        </w:rPr>
        <w:t>11.</w:t>
      </w:r>
      <w:r w:rsidRPr="007813D1">
        <w:rPr>
          <w:rFonts w:ascii="Aptos" w:hAnsi="Aptos"/>
          <w:lang w:val="pl-PL"/>
        </w:rPr>
        <w:tab/>
        <w:t xml:space="preserve">Państwa dane osobowe nie będą przetwarzane w sposób zautomatyzowany w tym również nie będą wykorzystywane do profilowania. </w:t>
      </w:r>
    </w:p>
    <w:p w14:paraId="5DECB6E7" w14:textId="42B3F997" w:rsidR="007813D1" w:rsidRPr="000E7218" w:rsidRDefault="007813D1" w:rsidP="007813D1">
      <w:pPr>
        <w:rPr>
          <w:rFonts w:ascii="Aptos" w:hAnsi="Aptos"/>
          <w:lang w:val="pl-PL"/>
        </w:rPr>
      </w:pPr>
      <w:r w:rsidRPr="007813D1">
        <w:rPr>
          <w:rFonts w:ascii="Aptos" w:hAnsi="Aptos"/>
          <w:lang w:val="pl-PL"/>
        </w:rPr>
        <w:t>12.</w:t>
      </w:r>
      <w:r w:rsidRPr="007813D1">
        <w:rPr>
          <w:rFonts w:ascii="Aptos" w:hAnsi="Aptos"/>
          <w:lang w:val="pl-PL"/>
        </w:rPr>
        <w:tab/>
        <w:t xml:space="preserve">Państwa dane osobowe co do zasady nie będą przekazywane do państw trzecich ani organizacji międzynarodowych. W przypadku korzystania przez Administratora z rozwiązań </w:t>
      </w:r>
      <w:r w:rsidRPr="007813D1">
        <w:rPr>
          <w:rFonts w:ascii="Aptos" w:hAnsi="Aptos"/>
          <w:lang w:val="pl-PL"/>
        </w:rPr>
        <w:lastRenderedPageBreak/>
        <w:t>informatycznych, które mogą wiązać się z przekazywaniem danych poza Europejski Obszar Gospodarczy, przekazywanie danych będzie odbywało się zgodnie z wymogami RODO, z zastosowaniem odpowiednich zabezpieczeń prawnych.</w:t>
      </w:r>
    </w:p>
    <w:p w14:paraId="19D9E9C7" w14:textId="6CABA7FA" w:rsidR="00874825" w:rsidRPr="000E7218" w:rsidRDefault="00874825" w:rsidP="00B71817">
      <w:pPr>
        <w:jc w:val="both"/>
        <w:rPr>
          <w:rFonts w:ascii="Aptos" w:hAnsi="Aptos"/>
          <w:lang w:val="pl-PL"/>
        </w:rPr>
      </w:pPr>
    </w:p>
    <w:sectPr w:rsidR="00874825" w:rsidRPr="000E7218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2" w:right="1219" w:bottom="935" w:left="1276" w:header="198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755AA" w14:textId="77777777" w:rsidR="00BE7C9C" w:rsidRDefault="00BE7C9C">
      <w:pPr>
        <w:spacing w:after="0" w:line="240" w:lineRule="auto"/>
      </w:pPr>
      <w:r>
        <w:separator/>
      </w:r>
    </w:p>
  </w:endnote>
  <w:endnote w:type="continuationSeparator" w:id="0">
    <w:p w14:paraId="0925ECE2" w14:textId="77777777" w:rsidR="00BE7C9C" w:rsidRDefault="00BE7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940C5" w14:textId="77777777" w:rsidR="00B42088" w:rsidRDefault="00B4208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C5ED" w14:textId="77777777" w:rsidR="005428D6" w:rsidRPr="00D0530E" w:rsidRDefault="000E17E3">
    <w:pPr>
      <w:pStyle w:val="Stopka"/>
      <w:jc w:val="center"/>
      <w:rPr>
        <w:lang w:val="pl-PL"/>
      </w:rPr>
    </w:pPr>
    <w:r w:rsidRPr="00D0530E">
      <w:rPr>
        <w:sz w:val="16"/>
        <w:lang w:val="pl-PL"/>
      </w:rPr>
      <w:t xml:space="preserve">KLAUZULA INFORMACYJNA RODO | FEWP.10.01-IZ.00-0006/25 | Strona </w:t>
    </w:r>
    <w:r>
      <w:fldChar w:fldCharType="begin"/>
    </w:r>
    <w:r w:rsidRPr="00D0530E">
      <w:rPr>
        <w:lang w:val="pl-PL"/>
      </w:rPr>
      <w:instrText>PAGE</w:instrText>
    </w:r>
    <w:r>
      <w:fldChar w:fldCharType="separate"/>
    </w:r>
    <w:r w:rsidR="00DC37E5" w:rsidRPr="00D0530E">
      <w:rPr>
        <w:noProof/>
        <w:lang w:val="pl-PL"/>
      </w:rPr>
      <w:t>1</w:t>
    </w:r>
    <w:r>
      <w:fldChar w:fldCharType="end"/>
    </w:r>
    <w:r w:rsidRPr="00D0530E">
      <w:rPr>
        <w:sz w:val="16"/>
        <w:lang w:val="pl-PL"/>
      </w:rPr>
      <w:t xml:space="preserve"> z </w:t>
    </w:r>
    <w:r>
      <w:fldChar w:fldCharType="begin"/>
    </w:r>
    <w:r w:rsidRPr="00D0530E">
      <w:rPr>
        <w:lang w:val="pl-PL"/>
      </w:rPr>
      <w:instrText>NUMPAGES</w:instrText>
    </w:r>
    <w:r>
      <w:fldChar w:fldCharType="separate"/>
    </w:r>
    <w:r w:rsidR="00DC37E5" w:rsidRPr="00D0530E">
      <w:rPr>
        <w:noProof/>
        <w:lang w:val="pl-PL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90E04" w14:textId="77777777" w:rsidR="00B42088" w:rsidRDefault="00B4208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4AD2A" w14:textId="77777777" w:rsidR="00BE7C9C" w:rsidRDefault="00BE7C9C">
      <w:pPr>
        <w:spacing w:after="0" w:line="240" w:lineRule="auto"/>
      </w:pPr>
      <w:r>
        <w:separator/>
      </w:r>
    </w:p>
  </w:footnote>
  <w:footnote w:type="continuationSeparator" w:id="0">
    <w:p w14:paraId="6D526E08" w14:textId="77777777" w:rsidR="00BE7C9C" w:rsidRDefault="00BE7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F7455" w14:textId="77777777" w:rsidR="00B42088" w:rsidRDefault="00B4208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520FE" w14:textId="77777777" w:rsidR="005428D6" w:rsidRDefault="000E17E3">
    <w:pPr>
      <w:pStyle w:val="Nagwek"/>
      <w:jc w:val="center"/>
    </w:pPr>
    <w:r>
      <w:rPr>
        <w:noProof/>
      </w:rPr>
      <w:drawing>
        <wp:inline distT="0" distB="0" distL="0" distR="0" wp14:anchorId="22A02FC2" wp14:editId="7654DF18">
          <wp:extent cx="5832000" cy="59613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aw_logo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32000" cy="596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E8FBA" w14:textId="77777777" w:rsidR="00B42088" w:rsidRDefault="00B420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7694170">
    <w:abstractNumId w:val="8"/>
  </w:num>
  <w:num w:numId="2" w16cid:durableId="1574461153">
    <w:abstractNumId w:val="6"/>
  </w:num>
  <w:num w:numId="3" w16cid:durableId="1326933597">
    <w:abstractNumId w:val="5"/>
  </w:num>
  <w:num w:numId="4" w16cid:durableId="1022047984">
    <w:abstractNumId w:val="4"/>
  </w:num>
  <w:num w:numId="5" w16cid:durableId="186331707">
    <w:abstractNumId w:val="7"/>
  </w:num>
  <w:num w:numId="6" w16cid:durableId="26100464">
    <w:abstractNumId w:val="3"/>
  </w:num>
  <w:num w:numId="7" w16cid:durableId="1462966095">
    <w:abstractNumId w:val="2"/>
  </w:num>
  <w:num w:numId="8" w16cid:durableId="1673289065">
    <w:abstractNumId w:val="1"/>
  </w:num>
  <w:num w:numId="9" w16cid:durableId="62797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50E7"/>
    <w:rsid w:val="0006063C"/>
    <w:rsid w:val="0006559A"/>
    <w:rsid w:val="000802A6"/>
    <w:rsid w:val="000E17E3"/>
    <w:rsid w:val="000E7218"/>
    <w:rsid w:val="0015074B"/>
    <w:rsid w:val="001A6A37"/>
    <w:rsid w:val="002609B6"/>
    <w:rsid w:val="0029639D"/>
    <w:rsid w:val="002D3BC6"/>
    <w:rsid w:val="00310532"/>
    <w:rsid w:val="00326F90"/>
    <w:rsid w:val="00483D26"/>
    <w:rsid w:val="004A5A45"/>
    <w:rsid w:val="004F53E8"/>
    <w:rsid w:val="0051428D"/>
    <w:rsid w:val="005428D6"/>
    <w:rsid w:val="00576A7F"/>
    <w:rsid w:val="005F4890"/>
    <w:rsid w:val="006315A1"/>
    <w:rsid w:val="00634104"/>
    <w:rsid w:val="007813D1"/>
    <w:rsid w:val="00824886"/>
    <w:rsid w:val="00872C6F"/>
    <w:rsid w:val="00874825"/>
    <w:rsid w:val="00985123"/>
    <w:rsid w:val="00A735C4"/>
    <w:rsid w:val="00AA1D8D"/>
    <w:rsid w:val="00AC25F6"/>
    <w:rsid w:val="00B41F3B"/>
    <w:rsid w:val="00B42088"/>
    <w:rsid w:val="00B47730"/>
    <w:rsid w:val="00B71817"/>
    <w:rsid w:val="00BE7C9C"/>
    <w:rsid w:val="00CB0664"/>
    <w:rsid w:val="00D0530E"/>
    <w:rsid w:val="00DC37E5"/>
    <w:rsid w:val="00DE53AB"/>
    <w:rsid w:val="00E917A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38F37C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  <w:rPr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color w:val="000000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0802A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02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0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2026-08-02T21:41:00Z</dcterms:created>
  <dcterms:modified xsi:type="dcterms:W3CDTF">2026-09-01T12:04:00Z</dcterms:modified>
  <cp:category/>
</cp:coreProperties>
</file>