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7CF16" w14:textId="77777777" w:rsidR="00556855" w:rsidRDefault="00A3032B">
      <w:pPr>
        <w:spacing w:before="100" w:after="120"/>
        <w:jc w:val="center"/>
        <w:rPr>
          <w:b/>
          <w:sz w:val="36"/>
          <w:lang w:val="pl-PL"/>
        </w:rPr>
      </w:pPr>
      <w:r w:rsidRPr="00F30D26">
        <w:rPr>
          <w:b/>
          <w:sz w:val="36"/>
          <w:lang w:val="pl-PL"/>
        </w:rPr>
        <w:t>ZAŁĄCZNIK NR 9 DO SWZ</w:t>
      </w:r>
    </w:p>
    <w:p w14:paraId="290C3AA0" w14:textId="5531C525" w:rsidR="003501CB" w:rsidRPr="003501CB" w:rsidRDefault="003501CB">
      <w:pPr>
        <w:spacing w:before="100" w:after="120"/>
        <w:jc w:val="center"/>
        <w:rPr>
          <w:sz w:val="22"/>
          <w:szCs w:val="20"/>
          <w:lang w:val="pl-PL"/>
        </w:rPr>
      </w:pPr>
      <w:r w:rsidRPr="003501CB">
        <w:rPr>
          <w:b/>
          <w:sz w:val="28"/>
          <w:szCs w:val="20"/>
          <w:lang w:val="pl-PL"/>
        </w:rPr>
        <w:t>OŚWIADCZENIE O AKTUALNOŚCI INFORMACJI</w:t>
      </w:r>
    </w:p>
    <w:p w14:paraId="7184FDA4" w14:textId="77777777" w:rsidR="00556855" w:rsidRPr="00F30D26" w:rsidRDefault="00A3032B">
      <w:pPr>
        <w:spacing w:before="160" w:after="100"/>
        <w:jc w:val="center"/>
        <w:rPr>
          <w:lang w:val="pl-PL"/>
        </w:rPr>
      </w:pPr>
      <w:r w:rsidRPr="00F30D26">
        <w:rPr>
          <w:b/>
          <w:sz w:val="22"/>
          <w:lang w:val="pl-PL"/>
        </w:rPr>
        <w:t>na zadanie pn.</w:t>
      </w:r>
    </w:p>
    <w:p w14:paraId="16036B53" w14:textId="3C105A03" w:rsidR="00DF5229" w:rsidRPr="00F30D26" w:rsidRDefault="003501CB">
      <w:pPr>
        <w:spacing w:before="160"/>
        <w:jc w:val="center"/>
        <w:rPr>
          <w:b/>
          <w:sz w:val="31"/>
          <w:lang w:val="pl-PL"/>
        </w:rPr>
      </w:pPr>
      <w:r>
        <w:rPr>
          <w:b/>
          <w:sz w:val="31"/>
          <w:lang w:val="pl-PL"/>
        </w:rPr>
        <w:t>„</w:t>
      </w:r>
      <w:r w:rsidRPr="003501CB">
        <w:rPr>
          <w:b/>
          <w:sz w:val="31"/>
          <w:lang w:val="pl-PL"/>
        </w:rPr>
        <w:t>Świadczenie usług społecznych, opiekuńczych i specjalistycznych</w:t>
      </w:r>
      <w:r>
        <w:rPr>
          <w:b/>
          <w:sz w:val="31"/>
          <w:lang w:val="pl-PL"/>
        </w:rPr>
        <w:t>”</w:t>
      </w:r>
    </w:p>
    <w:p w14:paraId="54D88D1F" w14:textId="77777777" w:rsidR="00DF5229" w:rsidRPr="00F30D26" w:rsidRDefault="00DF5229">
      <w:pPr>
        <w:spacing w:after="100"/>
        <w:jc w:val="center"/>
        <w:rPr>
          <w:b/>
          <w:sz w:val="22"/>
          <w:lang w:val="pl-PL"/>
        </w:rPr>
      </w:pPr>
    </w:p>
    <w:p w14:paraId="12AAC00C" w14:textId="77777777" w:rsidR="00556855" w:rsidRPr="00F30D26" w:rsidRDefault="00A3032B">
      <w:pPr>
        <w:spacing w:after="100"/>
        <w:jc w:val="center"/>
        <w:rPr>
          <w:lang w:val="pl-PL"/>
        </w:rPr>
      </w:pPr>
      <w:r w:rsidRPr="00F30D26">
        <w:rPr>
          <w:b/>
          <w:sz w:val="22"/>
          <w:lang w:val="pl-PL"/>
        </w:rPr>
        <w:t>Projekt „Rozwijamy usługi społeczne w Gminie Kawęczyn”, nr FEWP.10.01-IZ.00-0006/25</w:t>
      </w:r>
    </w:p>
    <w:p w14:paraId="3B964169" w14:textId="77777777" w:rsidR="00556855" w:rsidRPr="00F30D26" w:rsidRDefault="00A3032B">
      <w:pPr>
        <w:spacing w:after="240"/>
        <w:jc w:val="center"/>
        <w:rPr>
          <w:lang w:val="pl-PL"/>
        </w:rPr>
      </w:pPr>
      <w:r w:rsidRPr="00F30D26">
        <w:rPr>
          <w:sz w:val="19"/>
          <w:lang w:val="pl-PL"/>
        </w:rPr>
        <w:t>Program Fundusze Europejskie dla Wielkopolski 2021-2027; współfinansowanie z Funduszu na rzecz Sprawiedliwej Transformacji</w:t>
      </w:r>
    </w:p>
    <w:p w14:paraId="0E5823B4" w14:textId="77777777" w:rsidR="00DF5229" w:rsidRPr="00F30D26" w:rsidRDefault="00DF5229">
      <w:pPr>
        <w:spacing w:after="160"/>
        <w:jc w:val="right"/>
        <w:rPr>
          <w:b/>
          <w:sz w:val="21"/>
          <w:lang w:val="pl-PL"/>
        </w:rPr>
      </w:pPr>
    </w:p>
    <w:p w14:paraId="5C3EE763" w14:textId="06E9B3E7" w:rsidR="00556855" w:rsidRPr="00F30D26" w:rsidRDefault="00A3032B" w:rsidP="0041514D">
      <w:pPr>
        <w:spacing w:after="160"/>
        <w:jc w:val="right"/>
        <w:rPr>
          <w:lang w:val="pl-PL"/>
        </w:rPr>
      </w:pPr>
      <w:r>
        <w:rPr>
          <w:lang w:val="pl-PL"/>
        </w:rPr>
        <w:t>Numer postępowania: ROŚ.271.45.2026</w:t>
      </w:r>
    </w:p>
    <w:p w14:paraId="743FA358" w14:textId="77777777" w:rsidR="00556855" w:rsidRPr="00F30D26" w:rsidRDefault="00A3032B">
      <w:pPr>
        <w:pStyle w:val="Nagwek1"/>
        <w:spacing w:before="140" w:after="60"/>
        <w:rPr>
          <w:lang w:val="pl-PL"/>
        </w:rPr>
      </w:pPr>
      <w:r w:rsidRPr="00F30D26">
        <w:rPr>
          <w:rFonts w:ascii="Arial" w:eastAsia="Arial" w:hAnsi="Arial"/>
          <w:sz w:val="26"/>
          <w:lang w:val="pl-PL"/>
        </w:rPr>
        <w:t>I. DANE PODMIOTU / OSOBY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556855" w:rsidRPr="00F30D26" w14:paraId="0421E8BE" w14:textId="77777777" w:rsidTr="0041514D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86A53C4" w14:textId="77777777" w:rsidR="00556855" w:rsidRPr="00F30D26" w:rsidRDefault="00A3032B">
            <w:pPr>
              <w:jc w:val="center"/>
              <w:rPr>
                <w:lang w:val="pl-PL"/>
              </w:rPr>
            </w:pPr>
            <w:r w:rsidRPr="00F30D26">
              <w:rPr>
                <w:b/>
                <w:sz w:val="17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21C5627" w14:textId="77777777" w:rsidR="00556855" w:rsidRPr="00F30D26" w:rsidRDefault="00A3032B">
            <w:pPr>
              <w:jc w:val="center"/>
              <w:rPr>
                <w:lang w:val="pl-PL"/>
              </w:rPr>
            </w:pPr>
            <w:r w:rsidRPr="00F30D26">
              <w:rPr>
                <w:b/>
                <w:sz w:val="17"/>
                <w:lang w:val="pl-PL"/>
              </w:rPr>
              <w:t>Wartość</w:t>
            </w:r>
          </w:p>
        </w:tc>
      </w:tr>
      <w:tr w:rsidR="00556855" w:rsidRPr="00F30D26" w14:paraId="181417F9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3EA7AF2" w14:textId="77777777" w:rsidR="00556855" w:rsidRPr="00F30D26" w:rsidRDefault="00A3032B">
            <w:pPr>
              <w:rPr>
                <w:lang w:val="pl-PL"/>
              </w:rPr>
            </w:pPr>
            <w:r w:rsidRPr="00F30D26">
              <w:rPr>
                <w:sz w:val="17"/>
                <w:lang w:val="pl-PL"/>
              </w:rPr>
              <w:t>Nazwa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57B590C" w14:textId="77777777" w:rsidR="00556855" w:rsidRPr="00F30D26" w:rsidRDefault="00556855">
            <w:pPr>
              <w:rPr>
                <w:lang w:val="pl-PL"/>
              </w:rPr>
            </w:pPr>
          </w:p>
        </w:tc>
      </w:tr>
      <w:tr w:rsidR="00556855" w:rsidRPr="00F30D26" w14:paraId="3A98B35A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5E8739D" w14:textId="77777777" w:rsidR="00556855" w:rsidRPr="00F30D26" w:rsidRDefault="00A3032B">
            <w:pPr>
              <w:rPr>
                <w:lang w:val="pl-PL"/>
              </w:rPr>
            </w:pPr>
            <w:r w:rsidRPr="00F30D26">
              <w:rPr>
                <w:sz w:val="17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1A824CD" w14:textId="77777777" w:rsidR="00556855" w:rsidRPr="00F30D26" w:rsidRDefault="00556855">
            <w:pPr>
              <w:rPr>
                <w:lang w:val="pl-PL"/>
              </w:rPr>
            </w:pPr>
          </w:p>
        </w:tc>
      </w:tr>
      <w:tr w:rsidR="00556855" w:rsidRPr="00F30D26" w14:paraId="4EE57E72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F25463C" w14:textId="77777777" w:rsidR="00556855" w:rsidRPr="00F30D26" w:rsidRDefault="00A3032B">
            <w:pPr>
              <w:rPr>
                <w:lang w:val="pl-PL"/>
              </w:rPr>
            </w:pPr>
            <w:r w:rsidRPr="00F30D26">
              <w:rPr>
                <w:sz w:val="17"/>
                <w:lang w:val="pl-PL"/>
              </w:rPr>
              <w:t>NIP / KRS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4042AAA" w14:textId="77777777" w:rsidR="00556855" w:rsidRPr="00F30D26" w:rsidRDefault="00556855">
            <w:pPr>
              <w:rPr>
                <w:lang w:val="pl-PL"/>
              </w:rPr>
            </w:pPr>
          </w:p>
        </w:tc>
      </w:tr>
    </w:tbl>
    <w:p w14:paraId="5530A837" w14:textId="77777777" w:rsidR="00556855" w:rsidRPr="00F30D26" w:rsidRDefault="00A3032B">
      <w:pPr>
        <w:pStyle w:val="Nagwek1"/>
        <w:spacing w:before="140" w:after="60"/>
        <w:rPr>
          <w:lang w:val="pl-PL"/>
        </w:rPr>
      </w:pPr>
      <w:r w:rsidRPr="00F30D26">
        <w:rPr>
          <w:rFonts w:ascii="Arial" w:eastAsia="Arial" w:hAnsi="Arial"/>
          <w:sz w:val="26"/>
          <w:lang w:val="pl-PL"/>
        </w:rPr>
        <w:t>II. TREŚĆ</w:t>
      </w:r>
    </w:p>
    <w:p w14:paraId="73772676" w14:textId="77777777" w:rsidR="005D0923" w:rsidRPr="005D0923" w:rsidRDefault="00A3032B" w:rsidP="005D0923">
      <w:pPr>
        <w:pStyle w:val="Listanumerowana"/>
        <w:spacing w:after="50" w:line="271" w:lineRule="auto"/>
        <w:jc w:val="both"/>
        <w:rPr>
          <w:lang w:val="pl-PL"/>
        </w:rPr>
      </w:pPr>
      <w:r>
        <w:rPr>
          <w:sz w:val="19"/>
          <w:lang w:val="pl-PL"/>
        </w:rPr>
        <w:t>Informacje zawarte w oświadczeniach wstępnych pozostają aktualne w zakresie:</w:t>
      </w:r>
    </w:p>
    <w:p w14:paraId="77482613" w14:textId="3D0B82EA" w:rsidR="005D0923" w:rsidRPr="005D0923" w:rsidRDefault="00A3032B" w:rsidP="005D0923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  <w:r>
        <w:rPr>
          <w:sz w:val="19"/>
          <w:lang w:val="pl-PL"/>
        </w:rPr>
        <w:t xml:space="preserve">1) obligatoryjnych podstaw wykluczenia z art. 108 ust. 1 ustawy </w:t>
      </w:r>
      <w:proofErr w:type="spellStart"/>
      <w:r>
        <w:rPr>
          <w:sz w:val="19"/>
          <w:lang w:val="pl-PL"/>
        </w:rPr>
        <w:t>Pzp</w:t>
      </w:r>
      <w:proofErr w:type="spellEnd"/>
      <w:r>
        <w:rPr>
          <w:sz w:val="19"/>
          <w:lang w:val="pl-PL"/>
        </w:rPr>
        <w:t>, przytoczonych w Rozdziale IX SWZ;</w:t>
      </w:r>
    </w:p>
    <w:p w14:paraId="738082A1" w14:textId="77777777" w:rsidR="005D0923" w:rsidRDefault="00A3032B" w:rsidP="005D0923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sz w:val="19"/>
          <w:lang w:val="pl-PL"/>
        </w:rPr>
      </w:pPr>
      <w:r>
        <w:rPr>
          <w:sz w:val="19"/>
          <w:lang w:val="pl-PL"/>
        </w:rPr>
        <w:t>2) podstaw wykluczenia z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sz w:val="19"/>
          <w:lang w:val="pl-PL"/>
        </w:rPr>
        <w:t>t.j</w:t>
      </w:r>
      <w:proofErr w:type="spellEnd"/>
      <w:r>
        <w:rPr>
          <w:sz w:val="19"/>
          <w:lang w:val="pl-PL"/>
        </w:rPr>
        <w:t xml:space="preserve">. Dz.U. z 2025 r. poz. 514, z </w:t>
      </w:r>
      <w:proofErr w:type="spellStart"/>
      <w:r>
        <w:rPr>
          <w:sz w:val="19"/>
          <w:lang w:val="pl-PL"/>
        </w:rPr>
        <w:t>późn</w:t>
      </w:r>
      <w:proofErr w:type="spellEnd"/>
      <w:r>
        <w:rPr>
          <w:sz w:val="19"/>
          <w:lang w:val="pl-PL"/>
        </w:rPr>
        <w:t>. zm.);</w:t>
      </w:r>
    </w:p>
    <w:p w14:paraId="374B2FC2" w14:textId="77777777" w:rsidR="005D0923" w:rsidRDefault="00A3032B" w:rsidP="005D0923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sz w:val="19"/>
          <w:lang w:val="pl-PL"/>
        </w:rPr>
      </w:pPr>
      <w:r>
        <w:rPr>
          <w:sz w:val="19"/>
          <w:lang w:val="pl-PL"/>
        </w:rPr>
        <w:t>3) wymagań dotyczących wykonawców z państw trzecich określonych w Rozdziale X SWZ;</w:t>
      </w:r>
    </w:p>
    <w:p w14:paraId="46B226CA" w14:textId="5A7406F5" w:rsidR="00556855" w:rsidRDefault="00A3032B" w:rsidP="005D0923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sz w:val="19"/>
          <w:lang w:val="pl-PL"/>
        </w:rPr>
      </w:pPr>
      <w:r>
        <w:rPr>
          <w:sz w:val="19"/>
          <w:lang w:val="pl-PL"/>
        </w:rPr>
        <w:t>4) warunków udziału w postępowaniu właściwych dla części, której dotyczy oświadczenie.</w:t>
      </w:r>
    </w:p>
    <w:p w14:paraId="3B86E0EF" w14:textId="77777777" w:rsidR="00556855" w:rsidRPr="00F30D26" w:rsidRDefault="00A3032B">
      <w:pPr>
        <w:pStyle w:val="Listanumerowana"/>
        <w:spacing w:after="50" w:line="271" w:lineRule="auto"/>
        <w:rPr>
          <w:lang w:val="pl-PL"/>
        </w:rPr>
      </w:pPr>
      <w:r w:rsidRPr="00F30D26">
        <w:rPr>
          <w:lang w:val="pl-PL"/>
        </w:rPr>
        <w:t>Zmiany, które zaszły, opisuję następująco: [BRAK / OPISAĆ].</w:t>
      </w:r>
    </w:p>
    <w:p w14:paraId="40700A97" w14:textId="77777777" w:rsidR="00556855" w:rsidRPr="00F30D26" w:rsidRDefault="00A3032B">
      <w:pPr>
        <w:pStyle w:val="Listanumerowana"/>
        <w:spacing w:after="50" w:line="271" w:lineRule="auto"/>
        <w:rPr>
          <w:lang w:val="pl-PL"/>
        </w:rPr>
      </w:pPr>
      <w:r w:rsidRPr="00F30D26">
        <w:rPr>
          <w:lang w:val="pl-PL"/>
        </w:rPr>
        <w:t>Status certyfikacji pozostaje aktualny / uległ zmianie: [...].</w:t>
      </w:r>
    </w:p>
    <w:p w14:paraId="25530D90" w14:textId="77777777" w:rsidR="00DF5229" w:rsidRPr="00F30D26" w:rsidRDefault="00DF5229">
      <w:pPr>
        <w:spacing w:after="100"/>
        <w:jc w:val="right"/>
        <w:rPr>
          <w:lang w:val="pl-PL"/>
        </w:rPr>
      </w:pPr>
    </w:p>
    <w:p w14:paraId="7E3C0475" w14:textId="77777777" w:rsidR="00DF5229" w:rsidRPr="00F30D26" w:rsidRDefault="00DF5229">
      <w:pPr>
        <w:spacing w:after="100"/>
        <w:jc w:val="right"/>
        <w:rPr>
          <w:lang w:val="pl-PL"/>
        </w:rPr>
      </w:pPr>
    </w:p>
    <w:p w14:paraId="5BA1D75E" w14:textId="77777777" w:rsidR="007B7AF9" w:rsidRPr="00F30D26" w:rsidRDefault="007B7AF9" w:rsidP="007B7AF9">
      <w:pPr>
        <w:spacing w:after="100"/>
        <w:jc w:val="right"/>
        <w:rPr>
          <w:lang w:val="pl-PL"/>
        </w:rPr>
      </w:pPr>
      <w:r w:rsidRPr="00F30D26">
        <w:rPr>
          <w:i/>
          <w:lang w:val="pl-PL"/>
        </w:rPr>
        <w:t>Dokument należy podpisać w formie wymaganej przez SWZ.</w:t>
      </w:r>
    </w:p>
    <w:p w14:paraId="63B69231" w14:textId="0A14D0FB" w:rsidR="00556855" w:rsidRPr="00F30D26" w:rsidRDefault="00556855" w:rsidP="007B7AF9">
      <w:pPr>
        <w:spacing w:after="100"/>
        <w:jc w:val="right"/>
        <w:rPr>
          <w:lang w:val="pl-PL"/>
        </w:rPr>
      </w:pPr>
    </w:p>
    <w:sectPr w:rsidR="00556855" w:rsidRPr="00F30D2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7D8C" w14:textId="77777777" w:rsidR="0045452B" w:rsidRDefault="0045452B">
      <w:pPr>
        <w:spacing w:after="0" w:line="240" w:lineRule="auto"/>
      </w:pPr>
      <w:r>
        <w:separator/>
      </w:r>
    </w:p>
  </w:endnote>
  <w:endnote w:type="continuationSeparator" w:id="0">
    <w:p w14:paraId="0B0924B9" w14:textId="77777777" w:rsidR="0045452B" w:rsidRDefault="0045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219C" w14:textId="77777777" w:rsidR="00B93780" w:rsidRDefault="00B937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C892" w14:textId="77777777" w:rsidR="00556855" w:rsidRPr="0041514D" w:rsidRDefault="00A3032B">
    <w:pPr>
      <w:pStyle w:val="Stopka"/>
      <w:jc w:val="center"/>
      <w:rPr>
        <w:lang w:val="pl-PL"/>
      </w:rPr>
    </w:pPr>
    <w:r w:rsidRPr="0041514D">
      <w:rPr>
        <w:sz w:val="16"/>
        <w:lang w:val="pl-PL"/>
      </w:rPr>
      <w:t xml:space="preserve">OŚWIADCZENIE O AKTUALNOŚCI INFORMACJI | FEWP.10.01-IZ.00-0006/25 | Strona </w:t>
    </w:r>
    <w:r>
      <w:fldChar w:fldCharType="begin"/>
    </w:r>
    <w:r w:rsidRPr="0041514D">
      <w:rPr>
        <w:lang w:val="pl-PL"/>
      </w:rPr>
      <w:instrText>PAGE</w:instrText>
    </w:r>
    <w:r>
      <w:fldChar w:fldCharType="separate"/>
    </w:r>
    <w:r w:rsidR="00DF5229" w:rsidRPr="0041514D">
      <w:rPr>
        <w:noProof/>
        <w:lang w:val="pl-PL"/>
      </w:rPr>
      <w:t>1</w:t>
    </w:r>
    <w:r>
      <w:fldChar w:fldCharType="end"/>
    </w:r>
    <w:r w:rsidRPr="0041514D">
      <w:rPr>
        <w:sz w:val="16"/>
        <w:lang w:val="pl-PL"/>
      </w:rPr>
      <w:t xml:space="preserve"> z </w:t>
    </w:r>
    <w:r>
      <w:fldChar w:fldCharType="begin"/>
    </w:r>
    <w:r w:rsidRPr="0041514D">
      <w:rPr>
        <w:lang w:val="pl-PL"/>
      </w:rPr>
      <w:instrText>NUMPAGES</w:instrText>
    </w:r>
    <w:r>
      <w:fldChar w:fldCharType="separate"/>
    </w:r>
    <w:r w:rsidR="00DF5229" w:rsidRPr="0041514D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B555" w14:textId="77777777" w:rsidR="00B93780" w:rsidRDefault="00B937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A2C25" w14:textId="77777777" w:rsidR="0045452B" w:rsidRDefault="0045452B">
      <w:pPr>
        <w:spacing w:after="0" w:line="240" w:lineRule="auto"/>
      </w:pPr>
      <w:r>
        <w:separator/>
      </w:r>
    </w:p>
  </w:footnote>
  <w:footnote w:type="continuationSeparator" w:id="0">
    <w:p w14:paraId="505D9BAC" w14:textId="77777777" w:rsidR="0045452B" w:rsidRDefault="0045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AEBD" w14:textId="77777777" w:rsidR="00B93780" w:rsidRDefault="00B937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9E4F" w14:textId="77777777" w:rsidR="00556855" w:rsidRDefault="00A3032B">
    <w:pPr>
      <w:pStyle w:val="Nagwek"/>
      <w:jc w:val="center"/>
    </w:pPr>
    <w:r>
      <w:rPr>
        <w:noProof/>
      </w:rPr>
      <w:drawing>
        <wp:inline distT="0" distB="0" distL="0" distR="0" wp14:anchorId="118F6998" wp14:editId="45D2A876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8E42" w14:textId="77777777" w:rsidR="00B93780" w:rsidRDefault="00B937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9279709">
    <w:abstractNumId w:val="8"/>
  </w:num>
  <w:num w:numId="2" w16cid:durableId="185363905">
    <w:abstractNumId w:val="6"/>
  </w:num>
  <w:num w:numId="3" w16cid:durableId="1381713486">
    <w:abstractNumId w:val="5"/>
  </w:num>
  <w:num w:numId="4" w16cid:durableId="1918441057">
    <w:abstractNumId w:val="4"/>
  </w:num>
  <w:num w:numId="5" w16cid:durableId="1079711135">
    <w:abstractNumId w:val="7"/>
  </w:num>
  <w:num w:numId="6" w16cid:durableId="1203060735">
    <w:abstractNumId w:val="3"/>
  </w:num>
  <w:num w:numId="7" w16cid:durableId="1481386474">
    <w:abstractNumId w:val="2"/>
  </w:num>
  <w:num w:numId="8" w16cid:durableId="787434853">
    <w:abstractNumId w:val="1"/>
  </w:num>
  <w:num w:numId="9" w16cid:durableId="40160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EC0"/>
    <w:rsid w:val="0015074B"/>
    <w:rsid w:val="001955D8"/>
    <w:rsid w:val="001E1A26"/>
    <w:rsid w:val="001F08BD"/>
    <w:rsid w:val="0029639D"/>
    <w:rsid w:val="00326F90"/>
    <w:rsid w:val="003501CB"/>
    <w:rsid w:val="00353CB2"/>
    <w:rsid w:val="00354727"/>
    <w:rsid w:val="003C4EAB"/>
    <w:rsid w:val="003E04B0"/>
    <w:rsid w:val="00410D9F"/>
    <w:rsid w:val="0041514D"/>
    <w:rsid w:val="0045452B"/>
    <w:rsid w:val="004D56BC"/>
    <w:rsid w:val="00556855"/>
    <w:rsid w:val="005D0923"/>
    <w:rsid w:val="00657A75"/>
    <w:rsid w:val="007B7AF9"/>
    <w:rsid w:val="00A3032B"/>
    <w:rsid w:val="00AA1D8D"/>
    <w:rsid w:val="00B11A3A"/>
    <w:rsid w:val="00B47730"/>
    <w:rsid w:val="00B93780"/>
    <w:rsid w:val="00CB0664"/>
    <w:rsid w:val="00D04839"/>
    <w:rsid w:val="00DF5229"/>
    <w:rsid w:val="00F10F0D"/>
    <w:rsid w:val="00F30D26"/>
    <w:rsid w:val="00F64D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16BED7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2026-08-02T21:50:00Z</dcterms:created>
  <dcterms:modified xsi:type="dcterms:W3CDTF">2026-08-28T10:00:00Z</dcterms:modified>
  <cp:category/>
</cp:coreProperties>
</file>