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78392" w14:textId="77777777" w:rsidR="00B660DB" w:rsidRDefault="00F0080B">
      <w:pPr>
        <w:spacing w:before="100" w:after="120"/>
        <w:jc w:val="center"/>
        <w:rPr>
          <w:rFonts w:ascii="Aptos" w:hAnsi="Aptos"/>
          <w:b/>
          <w:sz w:val="36"/>
          <w:lang w:val="pl-PL"/>
        </w:rPr>
      </w:pPr>
      <w:r w:rsidRPr="00B44093">
        <w:rPr>
          <w:rFonts w:ascii="Aptos" w:hAnsi="Aptos"/>
          <w:b/>
          <w:sz w:val="36"/>
          <w:lang w:val="pl-PL"/>
        </w:rPr>
        <w:t>ZAŁĄCZNIK NR 6 DO SWZ</w:t>
      </w:r>
    </w:p>
    <w:p w14:paraId="60278A1F" w14:textId="67EAA6CB" w:rsidR="000C0BAF" w:rsidRPr="000C0BAF" w:rsidRDefault="000C0BAF">
      <w:pPr>
        <w:spacing w:before="100" w:after="120"/>
        <w:jc w:val="center"/>
        <w:rPr>
          <w:rFonts w:ascii="Aptos" w:hAnsi="Aptos"/>
          <w:sz w:val="22"/>
          <w:szCs w:val="20"/>
          <w:lang w:val="pl-PL"/>
        </w:rPr>
      </w:pPr>
      <w:r w:rsidRPr="000C0BAF">
        <w:rPr>
          <w:rFonts w:ascii="Aptos" w:hAnsi="Aptos"/>
          <w:b/>
          <w:sz w:val="28"/>
          <w:szCs w:val="20"/>
          <w:lang w:val="pl-PL"/>
        </w:rPr>
        <w:t>OŚWIADCZENIE Z ART. 117 UST. 4 PZP</w:t>
      </w:r>
    </w:p>
    <w:p w14:paraId="35F86D9E" w14:textId="77777777" w:rsidR="00B660DB" w:rsidRPr="00B44093" w:rsidRDefault="00F0080B">
      <w:pPr>
        <w:spacing w:before="160" w:after="100"/>
        <w:jc w:val="center"/>
        <w:rPr>
          <w:rFonts w:ascii="Aptos" w:hAnsi="Aptos"/>
          <w:lang w:val="pl-PL"/>
        </w:rPr>
      </w:pPr>
      <w:r w:rsidRPr="00B44093">
        <w:rPr>
          <w:rFonts w:ascii="Aptos" w:hAnsi="Aptos"/>
          <w:b/>
          <w:sz w:val="22"/>
          <w:lang w:val="pl-PL"/>
        </w:rPr>
        <w:t>na zadanie pn.</w:t>
      </w:r>
    </w:p>
    <w:p w14:paraId="1692141A" w14:textId="174AABFB" w:rsidR="00B660DB" w:rsidRPr="00B44093" w:rsidRDefault="00F0080B" w:rsidP="000C0BAF">
      <w:pPr>
        <w:spacing w:after="160"/>
        <w:jc w:val="center"/>
        <w:rPr>
          <w:rFonts w:ascii="Aptos" w:hAnsi="Aptos"/>
          <w:lang w:val="pl-PL"/>
        </w:rPr>
      </w:pPr>
      <w:r w:rsidRPr="00B44093">
        <w:rPr>
          <w:rFonts w:ascii="Aptos" w:hAnsi="Aptos"/>
          <w:b/>
          <w:sz w:val="31"/>
          <w:lang w:val="pl-PL"/>
        </w:rPr>
        <w:t>„</w:t>
      </w:r>
      <w:r w:rsidR="000C0BAF" w:rsidRPr="00B44093">
        <w:rPr>
          <w:rFonts w:ascii="Aptos" w:hAnsi="Aptos"/>
          <w:i/>
          <w:sz w:val="22"/>
          <w:lang w:val="pl-PL"/>
        </w:rPr>
        <w:t>Świadczenie usług społecznych, opiekuńczych i specjalistycznych</w:t>
      </w:r>
      <w:r w:rsidR="000C0BAF">
        <w:rPr>
          <w:rFonts w:ascii="Aptos" w:hAnsi="Aptos"/>
          <w:b/>
          <w:sz w:val="31"/>
          <w:lang w:val="pl-PL"/>
        </w:rPr>
        <w:t xml:space="preserve"> </w:t>
      </w:r>
      <w:r w:rsidRPr="00B44093">
        <w:rPr>
          <w:rFonts w:ascii="Aptos" w:hAnsi="Aptos"/>
          <w:b/>
          <w:sz w:val="31"/>
          <w:lang w:val="pl-PL"/>
        </w:rPr>
        <w:t>”</w:t>
      </w:r>
    </w:p>
    <w:p w14:paraId="7D19EAC8" w14:textId="77777777" w:rsidR="00414763" w:rsidRPr="00B44093" w:rsidRDefault="00414763">
      <w:pPr>
        <w:spacing w:after="100"/>
        <w:jc w:val="center"/>
        <w:rPr>
          <w:rFonts w:ascii="Aptos" w:hAnsi="Aptos"/>
          <w:b/>
          <w:sz w:val="22"/>
          <w:lang w:val="pl-PL"/>
        </w:rPr>
      </w:pPr>
    </w:p>
    <w:p w14:paraId="6650E37B" w14:textId="77777777" w:rsidR="00B660DB" w:rsidRPr="00B44093" w:rsidRDefault="00F0080B">
      <w:pPr>
        <w:spacing w:after="100"/>
        <w:jc w:val="center"/>
        <w:rPr>
          <w:rFonts w:ascii="Aptos" w:hAnsi="Aptos"/>
          <w:lang w:val="pl-PL"/>
        </w:rPr>
      </w:pPr>
      <w:r w:rsidRPr="00B44093">
        <w:rPr>
          <w:rFonts w:ascii="Aptos" w:hAnsi="Aptos"/>
          <w:b/>
          <w:sz w:val="22"/>
          <w:lang w:val="pl-PL"/>
        </w:rPr>
        <w:t>Projekt „Rozwijamy usługi społeczne w Gminie Kawęczyn”, nr FEWP.10.01-IZ.00-0006/25</w:t>
      </w:r>
    </w:p>
    <w:p w14:paraId="4833C405" w14:textId="77777777" w:rsidR="00B660DB" w:rsidRPr="00B44093" w:rsidRDefault="00F0080B">
      <w:pPr>
        <w:spacing w:after="240"/>
        <w:jc w:val="center"/>
        <w:rPr>
          <w:rFonts w:ascii="Aptos" w:hAnsi="Aptos"/>
          <w:lang w:val="pl-PL"/>
        </w:rPr>
      </w:pPr>
      <w:r w:rsidRPr="00B44093">
        <w:rPr>
          <w:rFonts w:ascii="Aptos" w:hAnsi="Aptos"/>
          <w:sz w:val="19"/>
          <w:lang w:val="pl-PL"/>
        </w:rPr>
        <w:t>Program Fundusze Europejskie dla Wielkopolski 2021-2027; współfinansowanie z Funduszu na rzecz Sprawiedliwej Transformacji</w:t>
      </w:r>
    </w:p>
    <w:p w14:paraId="04F3C199" w14:textId="77777777" w:rsidR="00414763" w:rsidRPr="00B44093" w:rsidRDefault="00414763">
      <w:pPr>
        <w:spacing w:after="160"/>
        <w:jc w:val="right"/>
        <w:rPr>
          <w:rFonts w:ascii="Aptos" w:hAnsi="Aptos"/>
          <w:b/>
          <w:sz w:val="21"/>
          <w:lang w:val="pl-PL"/>
        </w:rPr>
      </w:pPr>
    </w:p>
    <w:p w14:paraId="1656AC87" w14:textId="77777777" w:rsidR="00B660DB" w:rsidRPr="00B44093" w:rsidRDefault="00F0080B">
      <w:pPr>
        <w:spacing w:after="160"/>
        <w:jc w:val="right"/>
        <w:rPr>
          <w:rFonts w:ascii="Aptos" w:hAnsi="Aptos"/>
          <w:lang w:val="pl-PL"/>
        </w:rPr>
      </w:pPr>
      <w:r w:rsidRPr="00B44093">
        <w:rPr>
          <w:rFonts w:ascii="Aptos" w:hAnsi="Aptos"/>
          <w:lang w:val="pl-PL"/>
        </w:rPr>
        <w:t>Numer postępowania: ROŚ.271.45.2026</w:t>
      </w:r>
    </w:p>
    <w:p w14:paraId="16257563" w14:textId="77777777" w:rsidR="00B660DB" w:rsidRPr="00B44093" w:rsidRDefault="00F0080B">
      <w:pPr>
        <w:pStyle w:val="Nagwek1"/>
        <w:spacing w:before="140" w:after="60"/>
        <w:rPr>
          <w:rFonts w:ascii="Aptos" w:hAnsi="Aptos"/>
          <w:lang w:val="pl-PL"/>
        </w:rPr>
      </w:pPr>
      <w:r w:rsidRPr="00B44093">
        <w:rPr>
          <w:rFonts w:ascii="Aptos" w:eastAsia="Arial" w:hAnsi="Aptos"/>
          <w:sz w:val="26"/>
          <w:lang w:val="pl-PL"/>
        </w:rPr>
        <w:t>I. DANE PODMIOTU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520"/>
      </w:tblGrid>
      <w:tr w:rsidR="00B660DB" w:rsidRPr="00B44093" w14:paraId="65F8A599" w14:textId="77777777" w:rsidTr="00BF2ED2">
        <w:trPr>
          <w:tblHeader/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36150F3D" w14:textId="77777777" w:rsidR="00B660DB" w:rsidRPr="00B44093" w:rsidRDefault="00F0080B">
            <w:pPr>
              <w:jc w:val="center"/>
              <w:rPr>
                <w:rFonts w:ascii="Aptos" w:hAnsi="Aptos"/>
                <w:lang w:val="pl-PL"/>
              </w:rPr>
            </w:pPr>
            <w:r w:rsidRPr="00B44093">
              <w:rPr>
                <w:rFonts w:ascii="Aptos" w:hAnsi="Aptos"/>
                <w:b/>
                <w:sz w:val="17"/>
                <w:lang w:val="pl-PL"/>
              </w:rPr>
              <w:t>Dane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  <w:vAlign w:val="center"/>
          </w:tcPr>
          <w:p w14:paraId="60F65A72" w14:textId="77777777" w:rsidR="00B660DB" w:rsidRPr="00B44093" w:rsidRDefault="00F0080B">
            <w:pPr>
              <w:jc w:val="center"/>
              <w:rPr>
                <w:rFonts w:ascii="Aptos" w:hAnsi="Aptos"/>
                <w:lang w:val="pl-PL"/>
              </w:rPr>
            </w:pPr>
            <w:r w:rsidRPr="00B44093">
              <w:rPr>
                <w:rFonts w:ascii="Aptos" w:hAnsi="Aptos"/>
                <w:b/>
                <w:sz w:val="17"/>
                <w:lang w:val="pl-PL"/>
              </w:rPr>
              <w:t>Wartość</w:t>
            </w:r>
          </w:p>
        </w:tc>
      </w:tr>
      <w:tr w:rsidR="00B660DB" w:rsidRPr="00B44093" w14:paraId="45E055A1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EF5C4CA" w14:textId="77777777" w:rsidR="00B660DB" w:rsidRPr="00B44093" w:rsidRDefault="00F0080B">
            <w:pPr>
              <w:rPr>
                <w:rFonts w:ascii="Aptos" w:hAnsi="Aptos"/>
                <w:lang w:val="pl-PL"/>
              </w:rPr>
            </w:pPr>
            <w:r w:rsidRPr="00B44093">
              <w:rPr>
                <w:rFonts w:ascii="Aptos" w:hAnsi="Aptos"/>
                <w:sz w:val="17"/>
                <w:lang w:val="pl-PL"/>
              </w:rPr>
              <w:t>Nazwa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058B2392" w14:textId="77777777" w:rsidR="00B660DB" w:rsidRPr="00B44093" w:rsidRDefault="00B660DB">
            <w:pPr>
              <w:rPr>
                <w:rFonts w:ascii="Aptos" w:hAnsi="Aptos"/>
                <w:lang w:val="pl-PL"/>
              </w:rPr>
            </w:pPr>
          </w:p>
        </w:tc>
      </w:tr>
      <w:tr w:rsidR="00B660DB" w:rsidRPr="00B44093" w14:paraId="1998208E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A41E72A" w14:textId="77777777" w:rsidR="00B660DB" w:rsidRPr="00B44093" w:rsidRDefault="00F0080B">
            <w:pPr>
              <w:rPr>
                <w:rFonts w:ascii="Aptos" w:hAnsi="Aptos"/>
                <w:lang w:val="pl-PL"/>
              </w:rPr>
            </w:pPr>
            <w:r w:rsidRPr="00B44093">
              <w:rPr>
                <w:rFonts w:ascii="Aptos" w:hAnsi="Aptos"/>
                <w:sz w:val="17"/>
                <w:lang w:val="pl-PL"/>
              </w:rPr>
              <w:t>Adres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5D4E22C1" w14:textId="77777777" w:rsidR="00B660DB" w:rsidRPr="00B44093" w:rsidRDefault="00B660DB">
            <w:pPr>
              <w:rPr>
                <w:rFonts w:ascii="Aptos" w:hAnsi="Aptos"/>
                <w:lang w:val="pl-PL"/>
              </w:rPr>
            </w:pPr>
          </w:p>
        </w:tc>
      </w:tr>
      <w:tr w:rsidR="00B660DB" w:rsidRPr="00B44093" w14:paraId="0F9AFD11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7C25A446" w14:textId="77777777" w:rsidR="00B660DB" w:rsidRPr="00B44093" w:rsidRDefault="00F0080B">
            <w:pPr>
              <w:rPr>
                <w:rFonts w:ascii="Aptos" w:hAnsi="Aptos"/>
                <w:lang w:val="pl-PL"/>
              </w:rPr>
            </w:pPr>
            <w:r w:rsidRPr="00B44093">
              <w:rPr>
                <w:rFonts w:ascii="Aptos" w:hAnsi="Aptos"/>
                <w:sz w:val="17"/>
                <w:lang w:val="pl-PL"/>
              </w:rPr>
              <w:t>NIP / KRS / REGON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B1C1694" w14:textId="77777777" w:rsidR="00B660DB" w:rsidRPr="00B44093" w:rsidRDefault="00B660DB">
            <w:pPr>
              <w:rPr>
                <w:rFonts w:ascii="Aptos" w:hAnsi="Aptos"/>
                <w:lang w:val="pl-PL"/>
              </w:rPr>
            </w:pPr>
          </w:p>
        </w:tc>
      </w:tr>
      <w:tr w:rsidR="00B660DB" w:rsidRPr="00B44093" w14:paraId="2B5AB884" w14:textId="77777777">
        <w:trPr>
          <w:jc w:val="center"/>
        </w:trPr>
        <w:tc>
          <w:tcPr>
            <w:tcW w:w="2835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47EB2BB9" w14:textId="77777777" w:rsidR="00B660DB" w:rsidRPr="00B44093" w:rsidRDefault="00F0080B">
            <w:pPr>
              <w:rPr>
                <w:rFonts w:ascii="Aptos" w:hAnsi="Aptos"/>
                <w:lang w:val="pl-PL"/>
              </w:rPr>
            </w:pPr>
            <w:r w:rsidRPr="00B44093">
              <w:rPr>
                <w:rFonts w:ascii="Aptos" w:hAnsi="Aptos"/>
                <w:sz w:val="17"/>
                <w:lang w:val="pl-PL"/>
              </w:rPr>
              <w:t>Część</w:t>
            </w:r>
          </w:p>
        </w:tc>
        <w:tc>
          <w:tcPr>
            <w:tcW w:w="6520" w:type="dxa"/>
            <w:tcMar>
              <w:top w:w="65" w:type="dxa"/>
              <w:left w:w="80" w:type="dxa"/>
              <w:bottom w:w="65" w:type="dxa"/>
              <w:right w:w="80" w:type="dxa"/>
            </w:tcMar>
          </w:tcPr>
          <w:p w14:paraId="23F93B0A" w14:textId="77777777" w:rsidR="00B660DB" w:rsidRPr="00B44093" w:rsidRDefault="00B660DB">
            <w:pPr>
              <w:rPr>
                <w:rFonts w:ascii="Aptos" w:hAnsi="Aptos"/>
                <w:lang w:val="pl-PL"/>
              </w:rPr>
            </w:pPr>
          </w:p>
        </w:tc>
      </w:tr>
    </w:tbl>
    <w:p w14:paraId="5265572D" w14:textId="77777777" w:rsidR="00B660DB" w:rsidRPr="00B44093" w:rsidRDefault="00F0080B">
      <w:pPr>
        <w:pStyle w:val="Nagwek1"/>
        <w:spacing w:before="140" w:after="60"/>
        <w:rPr>
          <w:rFonts w:ascii="Aptos" w:hAnsi="Aptos"/>
          <w:lang w:val="pl-PL"/>
        </w:rPr>
      </w:pPr>
      <w:r w:rsidRPr="00B44093">
        <w:rPr>
          <w:rFonts w:ascii="Aptos" w:eastAsia="Arial" w:hAnsi="Aptos"/>
          <w:sz w:val="26"/>
          <w:lang w:val="pl-PL"/>
        </w:rPr>
        <w:t>II. OŚWIADCZENIE / ZOBOWIĄZANIE</w:t>
      </w:r>
    </w:p>
    <w:p w14:paraId="14CE2E2B" w14:textId="77777777" w:rsidR="00B660DB" w:rsidRPr="00B44093" w:rsidRDefault="00F0080B" w:rsidP="00A84873">
      <w:pPr>
        <w:pStyle w:val="Listanumerowana"/>
        <w:spacing w:after="50" w:line="271" w:lineRule="auto"/>
        <w:jc w:val="both"/>
        <w:rPr>
          <w:rFonts w:ascii="Aptos" w:hAnsi="Aptos"/>
          <w:lang w:val="pl-PL"/>
        </w:rPr>
      </w:pPr>
      <w:r w:rsidRPr="00B44093">
        <w:rPr>
          <w:rFonts w:ascii="Aptos" w:hAnsi="Aptos"/>
          <w:lang w:val="pl-PL"/>
        </w:rPr>
        <w:t>Wykonawcy wspólnie ubiegający się o zamówienie wskazują, które części i usługi wykonają poszczególni członkowie.</w:t>
      </w:r>
    </w:p>
    <w:p w14:paraId="44CDF2C6" w14:textId="77777777" w:rsidR="00B660DB" w:rsidRPr="00B44093" w:rsidRDefault="00F0080B" w:rsidP="00A84873">
      <w:pPr>
        <w:pStyle w:val="Listanumerowana"/>
        <w:spacing w:after="50" w:line="271" w:lineRule="auto"/>
        <w:jc w:val="both"/>
        <w:rPr>
          <w:rFonts w:ascii="Aptos" w:hAnsi="Aptos"/>
          <w:lang w:val="pl-PL"/>
        </w:rPr>
      </w:pPr>
      <w:r w:rsidRPr="00B44093">
        <w:rPr>
          <w:rFonts w:ascii="Aptos" w:hAnsi="Aptos"/>
          <w:lang w:val="pl-PL"/>
        </w:rPr>
        <w:t>Wykonawca wykazujący doświadczenie wykona zakres, dla którego doświadczenie jest wymagane.</w:t>
      </w:r>
    </w:p>
    <w:p w14:paraId="2BE776E3" w14:textId="77777777" w:rsidR="00414763" w:rsidRPr="00B44093" w:rsidRDefault="00414763">
      <w:pPr>
        <w:spacing w:after="100"/>
        <w:rPr>
          <w:rFonts w:ascii="Aptos" w:hAnsi="Aptos"/>
          <w:i/>
          <w:lang w:val="pl-PL"/>
        </w:rPr>
      </w:pPr>
    </w:p>
    <w:p w14:paraId="69C8BDF3" w14:textId="77777777" w:rsidR="00B660DB" w:rsidRPr="00B44093" w:rsidRDefault="00F0080B" w:rsidP="000C7BDD">
      <w:pPr>
        <w:spacing w:after="100"/>
        <w:rPr>
          <w:rFonts w:ascii="Aptos" w:hAnsi="Aptos"/>
          <w:lang w:val="pl-PL"/>
        </w:rPr>
      </w:pPr>
      <w:r w:rsidRPr="00B44093">
        <w:rPr>
          <w:rFonts w:ascii="Aptos" w:hAnsi="Aptos"/>
          <w:i/>
          <w:lang w:val="pl-PL"/>
        </w:rPr>
        <w:t>Dokument należy podpisać w formie wymaganej przez SWZ.</w:t>
      </w:r>
    </w:p>
    <w:sectPr w:rsidR="00B660DB" w:rsidRPr="00B44093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92" w:right="1219" w:bottom="935" w:left="1276" w:header="198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B1F63" w14:textId="77777777" w:rsidR="004C4F2B" w:rsidRDefault="004C4F2B">
      <w:pPr>
        <w:spacing w:after="0" w:line="240" w:lineRule="auto"/>
      </w:pPr>
      <w:r>
        <w:separator/>
      </w:r>
    </w:p>
  </w:endnote>
  <w:endnote w:type="continuationSeparator" w:id="0">
    <w:p w14:paraId="4E6A9CC8" w14:textId="77777777" w:rsidR="004C4F2B" w:rsidRDefault="004C4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70A7B" w14:textId="77777777" w:rsidR="00AE108B" w:rsidRDefault="00AE108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DD09E" w14:textId="77777777" w:rsidR="00B660DB" w:rsidRPr="00BF2ED2" w:rsidRDefault="00F0080B">
    <w:pPr>
      <w:pStyle w:val="Stopka"/>
      <w:jc w:val="center"/>
      <w:rPr>
        <w:lang w:val="pl-PL"/>
      </w:rPr>
    </w:pPr>
    <w:r w:rsidRPr="00BF2ED2">
      <w:rPr>
        <w:sz w:val="16"/>
        <w:lang w:val="pl-PL"/>
      </w:rPr>
      <w:t xml:space="preserve">OŚWIADCZENIE Z ART. 117 UST. 4 PZP | FEWP.10.01-IZ.00-0006/25 | Strona </w:t>
    </w:r>
    <w:r>
      <w:fldChar w:fldCharType="begin"/>
    </w:r>
    <w:r w:rsidRPr="00BF2ED2">
      <w:rPr>
        <w:lang w:val="pl-PL"/>
      </w:rPr>
      <w:instrText>PAGE</w:instrText>
    </w:r>
    <w:r>
      <w:fldChar w:fldCharType="separate"/>
    </w:r>
    <w:r w:rsidR="00414763" w:rsidRPr="00BF2ED2">
      <w:rPr>
        <w:noProof/>
        <w:lang w:val="pl-PL"/>
      </w:rPr>
      <w:t>1</w:t>
    </w:r>
    <w:r>
      <w:fldChar w:fldCharType="end"/>
    </w:r>
    <w:r w:rsidRPr="00BF2ED2">
      <w:rPr>
        <w:sz w:val="16"/>
        <w:lang w:val="pl-PL"/>
      </w:rPr>
      <w:t xml:space="preserve"> z </w:t>
    </w:r>
    <w:r>
      <w:fldChar w:fldCharType="begin"/>
    </w:r>
    <w:r w:rsidRPr="00BF2ED2">
      <w:rPr>
        <w:lang w:val="pl-PL"/>
      </w:rPr>
      <w:instrText>NUMPAGES</w:instrText>
    </w:r>
    <w:r>
      <w:fldChar w:fldCharType="separate"/>
    </w:r>
    <w:r w:rsidR="00414763" w:rsidRPr="00BF2ED2">
      <w:rPr>
        <w:noProof/>
        <w:lang w:val="pl-PL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31FBC" w14:textId="77777777" w:rsidR="00AE108B" w:rsidRDefault="00AE10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E853A7" w14:textId="77777777" w:rsidR="004C4F2B" w:rsidRDefault="004C4F2B">
      <w:pPr>
        <w:spacing w:after="0" w:line="240" w:lineRule="auto"/>
      </w:pPr>
      <w:r>
        <w:separator/>
      </w:r>
    </w:p>
  </w:footnote>
  <w:footnote w:type="continuationSeparator" w:id="0">
    <w:p w14:paraId="5B455032" w14:textId="77777777" w:rsidR="004C4F2B" w:rsidRDefault="004C4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36F7" w14:textId="77777777" w:rsidR="00AE108B" w:rsidRDefault="00AE108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812EA" w14:textId="77777777" w:rsidR="00B660DB" w:rsidRDefault="00F0080B">
    <w:pPr>
      <w:pStyle w:val="Nagwek"/>
      <w:jc w:val="center"/>
    </w:pPr>
    <w:r>
      <w:rPr>
        <w:noProof/>
      </w:rPr>
      <w:drawing>
        <wp:inline distT="0" distB="0" distL="0" distR="0" wp14:anchorId="7B85358F" wp14:editId="4064A902">
          <wp:extent cx="5832000" cy="59613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w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32000" cy="596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4879C" w14:textId="77777777" w:rsidR="00AE108B" w:rsidRDefault="00AE108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64728560">
    <w:abstractNumId w:val="8"/>
  </w:num>
  <w:num w:numId="2" w16cid:durableId="966861066">
    <w:abstractNumId w:val="6"/>
  </w:num>
  <w:num w:numId="3" w16cid:durableId="1927573707">
    <w:abstractNumId w:val="5"/>
  </w:num>
  <w:num w:numId="4" w16cid:durableId="1887183030">
    <w:abstractNumId w:val="4"/>
  </w:num>
  <w:num w:numId="5" w16cid:durableId="1003045131">
    <w:abstractNumId w:val="7"/>
  </w:num>
  <w:num w:numId="6" w16cid:durableId="1493521267">
    <w:abstractNumId w:val="3"/>
  </w:num>
  <w:num w:numId="7" w16cid:durableId="113646170">
    <w:abstractNumId w:val="2"/>
  </w:num>
  <w:num w:numId="8" w16cid:durableId="1922642004">
    <w:abstractNumId w:val="1"/>
  </w:num>
  <w:num w:numId="9" w16cid:durableId="1265840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6E75"/>
    <w:rsid w:val="0006063C"/>
    <w:rsid w:val="000B5046"/>
    <w:rsid w:val="000C0BAF"/>
    <w:rsid w:val="000C7BDD"/>
    <w:rsid w:val="000D1E6F"/>
    <w:rsid w:val="00115843"/>
    <w:rsid w:val="0015074B"/>
    <w:rsid w:val="001D6053"/>
    <w:rsid w:val="0020144D"/>
    <w:rsid w:val="0029639D"/>
    <w:rsid w:val="002C3FB8"/>
    <w:rsid w:val="002E698F"/>
    <w:rsid w:val="002E6D5E"/>
    <w:rsid w:val="00307C8A"/>
    <w:rsid w:val="00326F90"/>
    <w:rsid w:val="00355490"/>
    <w:rsid w:val="003E04B0"/>
    <w:rsid w:val="003F5BE7"/>
    <w:rsid w:val="00414763"/>
    <w:rsid w:val="004C2DB5"/>
    <w:rsid w:val="004C4F2B"/>
    <w:rsid w:val="00593E30"/>
    <w:rsid w:val="005A1B1B"/>
    <w:rsid w:val="00743BFE"/>
    <w:rsid w:val="009A5175"/>
    <w:rsid w:val="00A84873"/>
    <w:rsid w:val="00AA1D8D"/>
    <w:rsid w:val="00AE108B"/>
    <w:rsid w:val="00B44093"/>
    <w:rsid w:val="00B47730"/>
    <w:rsid w:val="00B660DB"/>
    <w:rsid w:val="00BF2ED2"/>
    <w:rsid w:val="00CB0664"/>
    <w:rsid w:val="00CC448B"/>
    <w:rsid w:val="00D83625"/>
    <w:rsid w:val="00D93F5A"/>
    <w:rsid w:val="00F0080B"/>
    <w:rsid w:val="00FA22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BFD254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  <w:rPr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color w:val="000000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2026-08-02T21:39:00Z</dcterms:created>
  <dcterms:modified xsi:type="dcterms:W3CDTF">2026-08-28T10:01:00Z</dcterms:modified>
  <cp:category/>
</cp:coreProperties>
</file>