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29A7B" w14:textId="77777777" w:rsidR="009F763F" w:rsidRDefault="004E4F46">
      <w:pPr>
        <w:spacing w:before="100" w:after="120"/>
        <w:jc w:val="center"/>
        <w:rPr>
          <w:b/>
          <w:sz w:val="36"/>
          <w:lang w:val="pl-PL"/>
        </w:rPr>
      </w:pPr>
      <w:r w:rsidRPr="00D01F6E">
        <w:rPr>
          <w:b/>
          <w:sz w:val="36"/>
          <w:lang w:val="pl-PL"/>
        </w:rPr>
        <w:t>ZAŁĄCZNIK NR 3 DO SWZ</w:t>
      </w:r>
    </w:p>
    <w:p w14:paraId="52C3B56C" w14:textId="3913C222" w:rsidR="00593B18" w:rsidRPr="00D01F6E" w:rsidRDefault="00593B18">
      <w:pPr>
        <w:spacing w:before="100" w:after="120"/>
        <w:jc w:val="center"/>
        <w:rPr>
          <w:lang w:val="pl-PL"/>
        </w:rPr>
      </w:pPr>
      <w:r w:rsidRPr="00D01F6E">
        <w:rPr>
          <w:b/>
          <w:sz w:val="31"/>
          <w:lang w:val="pl-PL"/>
        </w:rPr>
        <w:t>OŚWIADCZENIE Z ART. 125 UST. 1 PZP</w:t>
      </w:r>
    </w:p>
    <w:p w14:paraId="114A2948" w14:textId="77777777" w:rsidR="009F763F" w:rsidRPr="00D01F6E" w:rsidRDefault="004E4F46">
      <w:pPr>
        <w:spacing w:before="160" w:after="100"/>
        <w:jc w:val="center"/>
        <w:rPr>
          <w:lang w:val="pl-PL"/>
        </w:rPr>
      </w:pPr>
      <w:r w:rsidRPr="00D01F6E">
        <w:rPr>
          <w:b/>
          <w:sz w:val="22"/>
          <w:lang w:val="pl-PL"/>
        </w:rPr>
        <w:t>na zadanie pn.</w:t>
      </w:r>
    </w:p>
    <w:p w14:paraId="7D7ED079" w14:textId="0510C01A" w:rsidR="00593B18" w:rsidRPr="00D01F6E" w:rsidRDefault="004E4F46" w:rsidP="00593B18">
      <w:pPr>
        <w:spacing w:after="160"/>
        <w:jc w:val="center"/>
        <w:rPr>
          <w:b/>
          <w:sz w:val="31"/>
          <w:lang w:val="pl-PL"/>
        </w:rPr>
      </w:pPr>
      <w:r w:rsidRPr="00D01F6E">
        <w:rPr>
          <w:b/>
          <w:sz w:val="31"/>
          <w:lang w:val="pl-PL"/>
        </w:rPr>
        <w:t>„</w:t>
      </w:r>
      <w:r w:rsidR="00593B18" w:rsidRPr="00D01F6E">
        <w:rPr>
          <w:i/>
          <w:sz w:val="22"/>
          <w:lang w:val="pl-PL"/>
        </w:rPr>
        <w:t>Świadczenie usług społecznych, opiekuńczych i specjalistycznych</w:t>
      </w:r>
      <w:r w:rsidRPr="00D01F6E">
        <w:rPr>
          <w:b/>
          <w:sz w:val="31"/>
          <w:lang w:val="pl-PL"/>
        </w:rPr>
        <w:t>”</w:t>
      </w:r>
    </w:p>
    <w:p w14:paraId="409C2E20" w14:textId="77777777" w:rsidR="004600A5" w:rsidRPr="009A5175" w:rsidRDefault="004600A5" w:rsidP="004600A5">
      <w:pPr>
        <w:spacing w:after="160"/>
        <w:jc w:val="right"/>
        <w:rPr>
          <w:lang w:val="pl-PL"/>
        </w:rPr>
      </w:pPr>
      <w:r>
        <w:rPr>
          <w:lang w:val="pl-PL"/>
        </w:rPr>
        <w:t>Numer postępowania: ROŚ.271.45.2026</w:t>
      </w:r>
    </w:p>
    <w:p w14:paraId="42A2552C" w14:textId="77777777" w:rsidR="00D01F6E" w:rsidRPr="00D01F6E" w:rsidRDefault="00D01F6E">
      <w:pPr>
        <w:spacing w:before="160"/>
        <w:jc w:val="center"/>
        <w:rPr>
          <w:lang w:val="pl-PL"/>
        </w:rPr>
      </w:pPr>
    </w:p>
    <w:p w14:paraId="68AA40C3" w14:textId="77777777" w:rsidR="009F763F" w:rsidRPr="00D01F6E" w:rsidRDefault="004E4F46">
      <w:pPr>
        <w:spacing w:after="100"/>
        <w:jc w:val="center"/>
        <w:rPr>
          <w:lang w:val="pl-PL"/>
        </w:rPr>
      </w:pPr>
      <w:r w:rsidRPr="00D01F6E">
        <w:rPr>
          <w:b/>
          <w:sz w:val="22"/>
          <w:lang w:val="pl-PL"/>
        </w:rPr>
        <w:t>Projekt „Rozwijamy usługi społeczne w Gminie Kawęczyn”, nr FEWP.10.01-IZ.00-0006/25</w:t>
      </w:r>
    </w:p>
    <w:p w14:paraId="6683797D" w14:textId="77777777" w:rsidR="009F763F" w:rsidRPr="00D01F6E" w:rsidRDefault="004E4F46" w:rsidP="00214599">
      <w:pPr>
        <w:spacing w:after="240"/>
        <w:jc w:val="center"/>
        <w:rPr>
          <w:lang w:val="pl-PL"/>
        </w:rPr>
      </w:pPr>
      <w:r>
        <w:rPr>
          <w:sz w:val="19"/>
          <w:lang w:val="pl-PL"/>
        </w:rPr>
        <w:t xml:space="preserve">Program Fundusze Europejskie dla Wielkopolski </w:t>
      </w:r>
      <w:r w:rsidRPr="00494242">
        <w:rPr>
          <w:sz w:val="19"/>
          <w:lang w:val="pl-PL"/>
        </w:rPr>
        <w:t>2021-2027; współfinansowanie z Funduszu na rzecz Sprawiedliwej Transformacji</w:t>
      </w:r>
    </w:p>
    <w:p w14:paraId="5CD8ABE4" w14:textId="77777777" w:rsidR="009F763F" w:rsidRPr="00D01F6E" w:rsidRDefault="004E4F46">
      <w:pPr>
        <w:pStyle w:val="Nagwek1"/>
        <w:spacing w:before="140" w:after="60"/>
        <w:rPr>
          <w:lang w:val="pl-PL"/>
        </w:rPr>
      </w:pPr>
      <w:r w:rsidRPr="00D01F6E">
        <w:rPr>
          <w:rFonts w:ascii="Arial" w:eastAsia="Arial" w:hAnsi="Arial"/>
          <w:sz w:val="26"/>
          <w:lang w:val="pl-PL"/>
        </w:rPr>
        <w:t>I. DANE PODMIOTU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9F763F" w:rsidRPr="00D01F6E" w14:paraId="0E029A0C" w14:textId="77777777" w:rsidTr="00214599">
        <w:trPr>
          <w:tblHeader/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F4730DA" w14:textId="77777777" w:rsidR="009F763F" w:rsidRPr="00D01F6E" w:rsidRDefault="004E4F46">
            <w:pPr>
              <w:jc w:val="center"/>
              <w:rPr>
                <w:lang w:val="pl-PL"/>
              </w:rPr>
            </w:pPr>
            <w:r w:rsidRPr="00D01F6E">
              <w:rPr>
                <w:b/>
                <w:sz w:val="17"/>
                <w:lang w:val="pl-PL"/>
              </w:rPr>
              <w:t>Dane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92A1208" w14:textId="77777777" w:rsidR="009F763F" w:rsidRPr="00D01F6E" w:rsidRDefault="004E4F46">
            <w:pPr>
              <w:jc w:val="center"/>
              <w:rPr>
                <w:lang w:val="pl-PL"/>
              </w:rPr>
            </w:pPr>
            <w:r w:rsidRPr="00D01F6E">
              <w:rPr>
                <w:b/>
                <w:sz w:val="17"/>
                <w:lang w:val="pl-PL"/>
              </w:rPr>
              <w:t>Wartość</w:t>
            </w:r>
          </w:p>
        </w:tc>
      </w:tr>
      <w:tr w:rsidR="009F763F" w:rsidRPr="00D01F6E" w14:paraId="668A2E40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4DC695F" w14:textId="77777777" w:rsidR="009F763F" w:rsidRPr="00D01F6E" w:rsidRDefault="004E4F46">
            <w:pPr>
              <w:rPr>
                <w:lang w:val="pl-PL"/>
              </w:rPr>
            </w:pPr>
            <w:r w:rsidRPr="00D01F6E">
              <w:rPr>
                <w:sz w:val="17"/>
                <w:lang w:val="pl-PL"/>
              </w:rPr>
              <w:t>Nazwa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6C31F07" w14:textId="77777777" w:rsidR="009F763F" w:rsidRPr="00D01F6E" w:rsidRDefault="009F763F">
            <w:pPr>
              <w:rPr>
                <w:lang w:val="pl-PL"/>
              </w:rPr>
            </w:pPr>
          </w:p>
        </w:tc>
      </w:tr>
      <w:tr w:rsidR="009F763F" w:rsidRPr="00D01F6E" w14:paraId="515AF7B1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E1D3DDE" w14:textId="77777777" w:rsidR="009F763F" w:rsidRPr="00D01F6E" w:rsidRDefault="004E4F46">
            <w:pPr>
              <w:rPr>
                <w:lang w:val="pl-PL"/>
              </w:rPr>
            </w:pPr>
            <w:r w:rsidRPr="00D01F6E">
              <w:rPr>
                <w:sz w:val="17"/>
                <w:lang w:val="pl-PL"/>
              </w:rPr>
              <w:t>Adres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2DB47B7" w14:textId="77777777" w:rsidR="009F763F" w:rsidRPr="00D01F6E" w:rsidRDefault="009F763F">
            <w:pPr>
              <w:rPr>
                <w:lang w:val="pl-PL"/>
              </w:rPr>
            </w:pPr>
          </w:p>
        </w:tc>
      </w:tr>
      <w:tr w:rsidR="009F763F" w:rsidRPr="00D01F6E" w14:paraId="491F7CDB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9DD34B1" w14:textId="77777777" w:rsidR="009F763F" w:rsidRPr="00D01F6E" w:rsidRDefault="004E4F46">
            <w:pPr>
              <w:rPr>
                <w:lang w:val="pl-PL"/>
              </w:rPr>
            </w:pPr>
            <w:r w:rsidRPr="00D01F6E">
              <w:rPr>
                <w:sz w:val="17"/>
                <w:lang w:val="pl-PL"/>
              </w:rPr>
              <w:t>NIP / KRS / REGON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63B39A7" w14:textId="77777777" w:rsidR="009F763F" w:rsidRPr="00D01F6E" w:rsidRDefault="009F763F">
            <w:pPr>
              <w:rPr>
                <w:lang w:val="pl-PL"/>
              </w:rPr>
            </w:pPr>
          </w:p>
        </w:tc>
      </w:tr>
      <w:tr w:rsidR="009F763F" w:rsidRPr="00D01F6E" w14:paraId="05ABA46F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805B872" w14:textId="77777777" w:rsidR="009F763F" w:rsidRPr="00D01F6E" w:rsidRDefault="004E4F46">
            <w:pPr>
              <w:rPr>
                <w:lang w:val="pl-PL"/>
              </w:rPr>
            </w:pPr>
            <w:r w:rsidRPr="00D01F6E">
              <w:rPr>
                <w:sz w:val="17"/>
                <w:lang w:val="pl-PL"/>
              </w:rPr>
              <w:t>Część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E81D3EA" w14:textId="77777777" w:rsidR="009F763F" w:rsidRPr="00D01F6E" w:rsidRDefault="009F763F">
            <w:pPr>
              <w:rPr>
                <w:lang w:val="pl-PL"/>
              </w:rPr>
            </w:pPr>
          </w:p>
        </w:tc>
      </w:tr>
    </w:tbl>
    <w:p w14:paraId="24CFE382" w14:textId="77777777" w:rsidR="009F763F" w:rsidRPr="00D01F6E" w:rsidRDefault="004E4F46" w:rsidP="005C566E">
      <w:pPr>
        <w:pStyle w:val="Nagwek1"/>
        <w:spacing w:before="140" w:after="60"/>
        <w:jc w:val="both"/>
        <w:rPr>
          <w:lang w:val="pl-PL"/>
        </w:rPr>
      </w:pPr>
      <w:r w:rsidRPr="00D01F6E">
        <w:rPr>
          <w:rFonts w:ascii="Arial" w:eastAsia="Arial" w:hAnsi="Arial"/>
          <w:sz w:val="26"/>
          <w:lang w:val="pl-PL"/>
        </w:rPr>
        <w:t>II. OŚWIADCZENIE / ZOBOWIĄZANIE</w:t>
      </w:r>
    </w:p>
    <w:p w14:paraId="58C57F98" w14:textId="77777777" w:rsidR="005C566E" w:rsidRDefault="004E4F46" w:rsidP="001E79F9">
      <w:pPr>
        <w:pStyle w:val="Listanumerowana"/>
        <w:spacing w:after="50" w:line="271" w:lineRule="auto"/>
        <w:jc w:val="both"/>
        <w:rPr>
          <w:lang w:val="pl-PL"/>
        </w:rPr>
      </w:pPr>
      <w:r w:rsidRPr="005C566E">
        <w:rPr>
          <w:lang w:val="pl-PL"/>
        </w:rPr>
        <w:t>Podmiot nie podlega wykluczeniu na podstawie art. 108 ust. 1 ustawy Pzp; pełne przesłanki obligatoryjnego wykluczenia zostały przytoczone w Rozdziale IX SWZ.</w:t>
      </w:r>
    </w:p>
    <w:p w14:paraId="5657BA02" w14:textId="2BBCC6D5" w:rsidR="009F763F" w:rsidRPr="00494242" w:rsidRDefault="004E4F46" w:rsidP="001E79F9">
      <w:pPr>
        <w:pStyle w:val="Listanumerowana"/>
        <w:spacing w:after="50" w:line="271" w:lineRule="auto"/>
        <w:jc w:val="both"/>
        <w:rPr>
          <w:lang w:val="pl-PL"/>
        </w:rPr>
      </w:pPr>
      <w:r w:rsidRPr="005C566E">
        <w:rPr>
          <w:lang w:val="pl-PL"/>
        </w:rPr>
        <w:t>Podmiot nie podlega wykluczeniu na podstawie art. 7 ust. 1 ustawy z dnia 13 kwietnia 2022 r. o szczególnych rozwiązaniach w zakresie przeciwdziałania wspieraniu agresji na Ukrainę oraz służących ochronie bezpieczeństwa narodowego (t.j. Dz.U. z 2025 r. poz. 514, z późn. zm.); okoliczność ta jest potwierdzana także odrębnym oświadczeniem sankcyjnym stanowiącym Załącznik nr 4 do SWZ.</w:t>
      </w:r>
    </w:p>
    <w:p w14:paraId="7E87B903" w14:textId="77777777" w:rsidR="009F763F" w:rsidRPr="00494242" w:rsidRDefault="004E4F46" w:rsidP="001E79F9">
      <w:pPr>
        <w:pStyle w:val="Listanumerowana"/>
        <w:spacing w:after="50" w:line="271" w:lineRule="auto"/>
        <w:jc w:val="both"/>
        <w:rPr>
          <w:lang w:val="pl-PL"/>
        </w:rPr>
      </w:pPr>
      <w:r w:rsidRPr="00494242">
        <w:rPr>
          <w:lang w:val="pl-PL"/>
        </w:rPr>
        <w:t>Wykonawca spełnia warunki udziału w zakresie części nr [...].</w:t>
      </w:r>
    </w:p>
    <w:p w14:paraId="37D1A393" w14:textId="77777777" w:rsidR="009F763F" w:rsidRPr="00494242" w:rsidRDefault="004E4F46" w:rsidP="001E79F9">
      <w:pPr>
        <w:pStyle w:val="Listanumerowana"/>
        <w:spacing w:after="50" w:line="271" w:lineRule="auto"/>
        <w:jc w:val="both"/>
        <w:rPr>
          <w:lang w:val="pl-PL"/>
        </w:rPr>
      </w:pPr>
      <w:r w:rsidRPr="00494242">
        <w:rPr>
          <w:lang w:val="pl-PL"/>
        </w:rPr>
        <w:t>Informacje są aktualne i zgodne z prawdą.</w:t>
      </w:r>
    </w:p>
    <w:p w14:paraId="007CFF12" w14:textId="77777777" w:rsidR="009F763F" w:rsidRPr="00494242" w:rsidRDefault="004E4F46" w:rsidP="001E79F9">
      <w:pPr>
        <w:pStyle w:val="Listanumerowana"/>
        <w:spacing w:after="50" w:line="271" w:lineRule="auto"/>
        <w:jc w:val="both"/>
        <w:rPr>
          <w:lang w:val="pl-PL"/>
        </w:rPr>
      </w:pPr>
      <w:r w:rsidRPr="00494242">
        <w:rPr>
          <w:lang w:val="pl-PL"/>
        </w:rPr>
        <w:t>Certyfikacja: [nie posługuję się / posługuję się], numer [...], podmiot certyfikujący [...], okres ważności [...], zakres [...].</w:t>
      </w:r>
    </w:p>
    <w:p w14:paraId="5651FFA6" w14:textId="77777777" w:rsidR="00A47AB3" w:rsidRDefault="00B014CE" w:rsidP="001E79F9">
      <w:pPr>
        <w:pStyle w:val="Listanumerowana"/>
        <w:spacing w:after="50" w:line="271" w:lineRule="auto"/>
        <w:jc w:val="both"/>
        <w:rPr>
          <w:lang w:val="pl-PL"/>
        </w:rPr>
      </w:pPr>
      <w:r w:rsidRPr="005C566E">
        <w:rPr>
          <w:lang w:val="pl-PL"/>
        </w:rPr>
        <w:t>Uwaga: w okresie przejściowym określonym w art. 40 i art. 41 ust. 2 ustawy z dnia 5 sierpnia 2025 r. o certyfikacji wykonawców zamówień publicznych, w zamówieniach na usługi nie składa się certyfikatu zdolności wykonawcy w zakresie kwalifikacji zawodowych i doświadczenia; w tym zakresie wymagane są dokumenty wskazane w SWZ.</w:t>
      </w:r>
    </w:p>
    <w:p w14:paraId="22C9604B" w14:textId="77777777" w:rsidR="009F763F" w:rsidRPr="00494242" w:rsidRDefault="004E4F46" w:rsidP="001E79F9">
      <w:pPr>
        <w:pStyle w:val="Listanumerowana"/>
        <w:spacing w:after="50" w:line="271" w:lineRule="auto"/>
        <w:jc w:val="both"/>
        <w:rPr>
          <w:lang w:val="pl-PL"/>
        </w:rPr>
      </w:pPr>
      <w:r w:rsidRPr="00494242">
        <w:rPr>
          <w:lang w:val="pl-PL"/>
        </w:rPr>
        <w:t>Podmiot udostępnia / nie udostępnia zasobów Wykonawcy.</w:t>
      </w:r>
    </w:p>
    <w:p w14:paraId="227FEC26" w14:textId="77777777" w:rsidR="00D01F6E" w:rsidRPr="00494242" w:rsidRDefault="00D01F6E">
      <w:pPr>
        <w:spacing w:after="100"/>
        <w:rPr>
          <w:i/>
          <w:lang w:val="pl-PL"/>
        </w:rPr>
      </w:pPr>
    </w:p>
    <w:p w14:paraId="20932B8C" w14:textId="77777777" w:rsidR="009F763F" w:rsidRPr="00494242" w:rsidRDefault="004E4F46">
      <w:pPr>
        <w:spacing w:after="100"/>
        <w:rPr>
          <w:lang w:val="pl-PL"/>
        </w:rPr>
      </w:pPr>
      <w:r w:rsidRPr="00494242">
        <w:rPr>
          <w:i/>
          <w:lang w:val="pl-PL"/>
        </w:rPr>
        <w:t>Dokument należy podpisać w formie wymaganej przez SWZ.</w:t>
      </w:r>
    </w:p>
    <w:p w14:paraId="48FA671C" w14:textId="77777777" w:rsidR="00D01F6E" w:rsidRPr="00494242" w:rsidRDefault="00D01F6E">
      <w:pPr>
        <w:spacing w:after="100"/>
        <w:jc w:val="right"/>
        <w:rPr>
          <w:lang w:val="pl-PL"/>
        </w:rPr>
      </w:pPr>
    </w:p>
    <w:sectPr w:rsidR="00D01F6E" w:rsidRPr="0049424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6A13" w14:textId="77777777" w:rsidR="00B014CE" w:rsidRDefault="00B014CE">
      <w:pPr>
        <w:spacing w:after="0" w:line="240" w:lineRule="auto"/>
      </w:pPr>
      <w:r>
        <w:separator/>
      </w:r>
    </w:p>
  </w:endnote>
  <w:endnote w:type="continuationSeparator" w:id="0">
    <w:p w14:paraId="2AF0D570" w14:textId="77777777" w:rsidR="00B014CE" w:rsidRDefault="00B0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A929" w14:textId="77777777" w:rsidR="00A47AB3" w:rsidRDefault="00A47AB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F3FF" w14:textId="77777777" w:rsidR="009F763F" w:rsidRPr="00494242" w:rsidRDefault="004E4F46">
    <w:pPr>
      <w:pStyle w:val="Stopka"/>
      <w:jc w:val="center"/>
      <w:rPr>
        <w:lang w:val="pl-PL"/>
      </w:rPr>
    </w:pPr>
    <w:r w:rsidRPr="00494242">
      <w:rPr>
        <w:sz w:val="16"/>
        <w:lang w:val="pl-PL"/>
      </w:rPr>
      <w:t xml:space="preserve">OŚWIADCZENIE Z ART. 125 UST. 1 PZP | FEWP.10.01-IZ.00-0006/25 | Strona </w:t>
    </w:r>
    <w:r>
      <w:fldChar w:fldCharType="begin"/>
    </w:r>
    <w:r w:rsidRPr="00494242">
      <w:rPr>
        <w:lang w:val="pl-PL"/>
      </w:rPr>
      <w:instrText>PAGE</w:instrText>
    </w:r>
    <w:r>
      <w:fldChar w:fldCharType="separate"/>
    </w:r>
    <w:r w:rsidR="00D01F6E" w:rsidRPr="00494242">
      <w:rPr>
        <w:noProof/>
        <w:lang w:val="pl-PL"/>
      </w:rPr>
      <w:t>1</w:t>
    </w:r>
    <w:r>
      <w:fldChar w:fldCharType="end"/>
    </w:r>
    <w:r w:rsidRPr="00494242">
      <w:rPr>
        <w:sz w:val="16"/>
        <w:lang w:val="pl-PL"/>
      </w:rPr>
      <w:t xml:space="preserve"> z </w:t>
    </w:r>
    <w:r>
      <w:fldChar w:fldCharType="begin"/>
    </w:r>
    <w:r w:rsidRPr="00494242">
      <w:rPr>
        <w:lang w:val="pl-PL"/>
      </w:rPr>
      <w:instrText>NUMPAGES</w:instrText>
    </w:r>
    <w:r>
      <w:fldChar w:fldCharType="separate"/>
    </w:r>
    <w:r w:rsidR="00D01F6E" w:rsidRPr="00494242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7791" w14:textId="77777777" w:rsidR="00A47AB3" w:rsidRDefault="00A47A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0969F" w14:textId="77777777" w:rsidR="00B014CE" w:rsidRDefault="00B014CE">
      <w:pPr>
        <w:spacing w:after="0" w:line="240" w:lineRule="auto"/>
      </w:pPr>
      <w:r>
        <w:separator/>
      </w:r>
    </w:p>
  </w:footnote>
  <w:footnote w:type="continuationSeparator" w:id="0">
    <w:p w14:paraId="78C1031E" w14:textId="77777777" w:rsidR="00B014CE" w:rsidRDefault="00B01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8F6C" w14:textId="77777777" w:rsidR="00A47AB3" w:rsidRDefault="00A47A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39DE" w14:textId="77777777" w:rsidR="009F763F" w:rsidRDefault="004E4F46">
    <w:pPr>
      <w:pStyle w:val="Nagwek"/>
      <w:jc w:val="center"/>
    </w:pPr>
    <w:r>
      <w:rPr>
        <w:noProof/>
      </w:rPr>
      <w:drawing>
        <wp:inline distT="0" distB="0" distL="0" distR="0" wp14:anchorId="046F9A98" wp14:editId="488A6859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F1FA" w14:textId="77777777" w:rsidR="00A47AB3" w:rsidRDefault="00A47A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8872322">
    <w:abstractNumId w:val="8"/>
  </w:num>
  <w:num w:numId="2" w16cid:durableId="875853405">
    <w:abstractNumId w:val="6"/>
  </w:num>
  <w:num w:numId="3" w16cid:durableId="1194347473">
    <w:abstractNumId w:val="5"/>
  </w:num>
  <w:num w:numId="4" w16cid:durableId="975524379">
    <w:abstractNumId w:val="4"/>
  </w:num>
  <w:num w:numId="5" w16cid:durableId="1504586313">
    <w:abstractNumId w:val="7"/>
  </w:num>
  <w:num w:numId="6" w16cid:durableId="1007631471">
    <w:abstractNumId w:val="3"/>
  </w:num>
  <w:num w:numId="7" w16cid:durableId="593169759">
    <w:abstractNumId w:val="2"/>
  </w:num>
  <w:num w:numId="8" w16cid:durableId="2030328007">
    <w:abstractNumId w:val="1"/>
  </w:num>
  <w:num w:numId="9" w16cid:durableId="1177160327">
    <w:abstractNumId w:val="0"/>
  </w:num>
  <w:num w:numId="10" w16cid:durableId="1902206521">
    <w:abstractNumId w:val="7"/>
  </w:num>
  <w:num w:numId="11" w16cid:durableId="1116563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79F9"/>
    <w:rsid w:val="00214599"/>
    <w:rsid w:val="00232A68"/>
    <w:rsid w:val="0029639D"/>
    <w:rsid w:val="002C35AE"/>
    <w:rsid w:val="00325B6B"/>
    <w:rsid w:val="00326F90"/>
    <w:rsid w:val="00370673"/>
    <w:rsid w:val="003E04B0"/>
    <w:rsid w:val="004600A5"/>
    <w:rsid w:val="00494242"/>
    <w:rsid w:val="004E4F46"/>
    <w:rsid w:val="0055607E"/>
    <w:rsid w:val="00593B18"/>
    <w:rsid w:val="005C566E"/>
    <w:rsid w:val="007167AF"/>
    <w:rsid w:val="00723215"/>
    <w:rsid w:val="007C6EA3"/>
    <w:rsid w:val="007F79F3"/>
    <w:rsid w:val="009F763F"/>
    <w:rsid w:val="00A47AB3"/>
    <w:rsid w:val="00AA1D8D"/>
    <w:rsid w:val="00AB443A"/>
    <w:rsid w:val="00B014CE"/>
    <w:rsid w:val="00B25900"/>
    <w:rsid w:val="00B47730"/>
    <w:rsid w:val="00B62CF6"/>
    <w:rsid w:val="00CB0664"/>
    <w:rsid w:val="00D01F6E"/>
    <w:rsid w:val="00D82D7A"/>
    <w:rsid w:val="00D92E18"/>
    <w:rsid w:val="00E25978"/>
    <w:rsid w:val="00EB28A9"/>
    <w:rsid w:val="00F122C7"/>
    <w:rsid w:val="00F875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9D50F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1459</Characters>
  <Application>Microsoft Office Word</Application>
  <DocSecurity>0</DocSecurity>
  <Lines>12</Lines>
  <Paragraphs>3</Paragraphs>
  <ScaleCrop>false</ScaleCrop>
  <Manager/>
  <Company/>
  <LinksUpToDate>false</LinksUpToDate>
  <CharactersWithSpaces>1699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2026-08-05T08:26:00Z</dcterms:created>
  <dcterms:modified xsi:type="dcterms:W3CDTF">2026-08-28T10:01:00Z</dcterms:modified>
  <cp:category/>
</cp:coreProperties>
</file>