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9EF8" w14:textId="77777777" w:rsidR="00F37EE6" w:rsidRDefault="00C5682F">
      <w:pPr>
        <w:spacing w:before="100" w:after="120"/>
        <w:jc w:val="center"/>
        <w:rPr>
          <w:b/>
          <w:sz w:val="36"/>
          <w:lang w:val="pl-PL"/>
        </w:rPr>
      </w:pPr>
      <w:r w:rsidRPr="0016016F">
        <w:rPr>
          <w:b/>
          <w:sz w:val="36"/>
          <w:lang w:val="pl-PL"/>
        </w:rPr>
        <w:t>ZAŁĄCZNIK NR 8 DO SWZ</w:t>
      </w:r>
    </w:p>
    <w:p w14:paraId="5D9340B6" w14:textId="7526753C" w:rsidR="001933FE" w:rsidRPr="0016016F" w:rsidRDefault="001933FE">
      <w:pPr>
        <w:spacing w:before="100" w:after="120"/>
        <w:jc w:val="center"/>
        <w:rPr>
          <w:lang w:val="pl-PL"/>
        </w:rPr>
      </w:pPr>
      <w:r w:rsidRPr="0016016F">
        <w:rPr>
          <w:b/>
          <w:sz w:val="31"/>
          <w:lang w:val="pl-PL"/>
        </w:rPr>
        <w:t>Wykaz osób skierowanych do realizacji zamówienia</w:t>
      </w:r>
    </w:p>
    <w:p w14:paraId="06E15ED9" w14:textId="77777777" w:rsidR="00F37EE6" w:rsidRPr="0016016F" w:rsidRDefault="00C5682F">
      <w:pPr>
        <w:spacing w:after="160"/>
        <w:jc w:val="center"/>
        <w:rPr>
          <w:lang w:val="pl-PL"/>
        </w:rPr>
      </w:pPr>
      <w:r w:rsidRPr="0016016F">
        <w:rPr>
          <w:i/>
          <w:sz w:val="22"/>
          <w:lang w:val="pl-PL"/>
        </w:rPr>
        <w:t>składany na wezwanie Zamawiającego</w:t>
      </w:r>
    </w:p>
    <w:p w14:paraId="0F005AA4" w14:textId="77777777" w:rsidR="00F37EE6" w:rsidRPr="0016016F" w:rsidRDefault="00C5682F">
      <w:pPr>
        <w:spacing w:before="160" w:after="100"/>
        <w:jc w:val="center"/>
        <w:rPr>
          <w:lang w:val="pl-PL"/>
        </w:rPr>
      </w:pPr>
      <w:r w:rsidRPr="0016016F">
        <w:rPr>
          <w:b/>
          <w:sz w:val="22"/>
          <w:lang w:val="pl-PL"/>
        </w:rPr>
        <w:t>na zadanie pn.</w:t>
      </w:r>
    </w:p>
    <w:p w14:paraId="1BA1F4B6" w14:textId="0B53461D" w:rsidR="00F37EE6" w:rsidRPr="0016016F" w:rsidRDefault="00C5682F">
      <w:pPr>
        <w:spacing w:before="160"/>
        <w:jc w:val="center"/>
        <w:rPr>
          <w:lang w:val="pl-PL"/>
        </w:rPr>
      </w:pPr>
      <w:r w:rsidRPr="0016016F">
        <w:rPr>
          <w:b/>
          <w:sz w:val="31"/>
          <w:lang w:val="pl-PL"/>
        </w:rPr>
        <w:t>„</w:t>
      </w:r>
      <w:r w:rsidR="001933FE" w:rsidRPr="001933FE">
        <w:rPr>
          <w:b/>
          <w:sz w:val="31"/>
          <w:lang w:val="pl-PL"/>
        </w:rPr>
        <w:t>Świadczenie usług społecznych, opiekuńczych i specjalistycznych</w:t>
      </w:r>
      <w:r w:rsidRPr="0016016F">
        <w:rPr>
          <w:b/>
          <w:sz w:val="31"/>
          <w:lang w:val="pl-PL"/>
        </w:rPr>
        <w:t>”</w:t>
      </w:r>
    </w:p>
    <w:p w14:paraId="2F35A743" w14:textId="77777777" w:rsidR="006039F5" w:rsidRPr="0016016F" w:rsidRDefault="006039F5">
      <w:pPr>
        <w:spacing w:after="100"/>
        <w:jc w:val="center"/>
        <w:rPr>
          <w:b/>
          <w:sz w:val="22"/>
          <w:lang w:val="pl-PL"/>
        </w:rPr>
      </w:pPr>
    </w:p>
    <w:p w14:paraId="385E7135" w14:textId="77777777" w:rsidR="00F37EE6" w:rsidRPr="0016016F" w:rsidRDefault="00C5682F">
      <w:pPr>
        <w:spacing w:after="100"/>
        <w:jc w:val="center"/>
        <w:rPr>
          <w:lang w:val="pl-PL"/>
        </w:rPr>
      </w:pPr>
      <w:r w:rsidRPr="0016016F">
        <w:rPr>
          <w:b/>
          <w:sz w:val="22"/>
          <w:lang w:val="pl-PL"/>
        </w:rPr>
        <w:t>Projekt „Rozwijamy usługi społeczne w Gminie Kawęczyn”, nr FEWP.10.01-IZ.00-0006/25</w:t>
      </w:r>
    </w:p>
    <w:p w14:paraId="1A29DD1E" w14:textId="77777777" w:rsidR="00F37EE6" w:rsidRPr="0016016F" w:rsidRDefault="00C5682F">
      <w:pPr>
        <w:spacing w:after="240"/>
        <w:jc w:val="center"/>
        <w:rPr>
          <w:lang w:val="pl-PL"/>
        </w:rPr>
      </w:pPr>
      <w:r w:rsidRPr="0016016F">
        <w:rPr>
          <w:sz w:val="19"/>
          <w:lang w:val="pl-PL"/>
        </w:rPr>
        <w:t>Program Fundusze Europejskie dla Wielkopolski 2021-2027; współfinansowanie z Funduszu na rzecz Sprawiedliwej Transformacji</w:t>
      </w:r>
    </w:p>
    <w:p w14:paraId="531479BA" w14:textId="77777777" w:rsidR="006039F5" w:rsidRPr="0016016F" w:rsidRDefault="006039F5">
      <w:pPr>
        <w:spacing w:after="160"/>
        <w:jc w:val="right"/>
        <w:rPr>
          <w:b/>
          <w:sz w:val="21"/>
          <w:lang w:val="pl-PL"/>
        </w:rPr>
      </w:pPr>
    </w:p>
    <w:p w14:paraId="538EA664" w14:textId="77777777" w:rsidR="00F37EE6" w:rsidRPr="0016016F" w:rsidRDefault="00C5682F">
      <w:pPr>
        <w:spacing w:after="160"/>
        <w:jc w:val="right"/>
        <w:rPr>
          <w:lang w:val="pl-PL"/>
        </w:rPr>
      </w:pPr>
      <w:r>
        <w:t>Numer postępowania: ROŚ.271.45.2026</w:t>
      </w:r>
    </w:p>
    <w:p w14:paraId="72289138" w14:textId="6EAA2572" w:rsidR="00F37EE6" w:rsidRPr="0016016F" w:rsidRDefault="00F37EE6">
      <w:pPr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1814"/>
        <w:gridCol w:w="1701"/>
        <w:gridCol w:w="2268"/>
        <w:gridCol w:w="1531"/>
        <w:gridCol w:w="1587"/>
      </w:tblGrid>
      <w:tr w:rsidR="00F37EE6" w14:paraId="5983417C" w14:textId="77777777" w:rsidTr="0016016F">
        <w:trPr>
          <w:tblHeader/>
          <w:jc w:val="center"/>
        </w:trPr>
        <w:tc>
          <w:tcPr>
            <w:tcW w:w="39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9580FFA" w14:textId="77777777" w:rsidR="00F37EE6" w:rsidRDefault="00C5682F">
            <w:pPr>
              <w:jc w:val="center"/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2699C65" w14:textId="77777777" w:rsidR="00F37EE6" w:rsidRDefault="00C5682F">
            <w:pPr>
              <w:jc w:val="center"/>
            </w:pPr>
            <w:r>
              <w:rPr>
                <w:b/>
                <w:sz w:val="15"/>
              </w:rPr>
              <w:t>Osoba</w:t>
            </w:r>
          </w:p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8A1BFD6" w14:textId="77777777" w:rsidR="00F37EE6" w:rsidRDefault="00C5682F">
            <w:pPr>
              <w:jc w:val="center"/>
            </w:pPr>
            <w:r>
              <w:rPr>
                <w:b/>
                <w:sz w:val="15"/>
              </w:rPr>
              <w:t>Część / funkcja</w:t>
            </w:r>
          </w:p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04932DC" w14:textId="77777777" w:rsidR="00F37EE6" w:rsidRPr="00E251B4" w:rsidRDefault="00C5682F">
            <w:pPr>
              <w:jc w:val="center"/>
              <w:rPr>
                <w:lang w:val="pl-PL"/>
              </w:rPr>
            </w:pPr>
            <w:r w:rsidRPr="00E251B4">
              <w:rPr>
                <w:b/>
                <w:sz w:val="17"/>
                <w:lang w:val="pl-PL"/>
              </w:rPr>
              <w:t>Kwalifikacje i uprawnienia (Rozdział VIII SWZ / wskazany pkt OPZ)</w:t>
            </w:r>
          </w:p>
        </w:tc>
        <w:tc>
          <w:tcPr>
            <w:tcW w:w="153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330EBA7" w14:textId="77777777" w:rsidR="00F37EE6" w:rsidRPr="00E251B4" w:rsidRDefault="00C5682F">
            <w:pPr>
              <w:jc w:val="center"/>
              <w:rPr>
                <w:lang w:val="pl-PL"/>
              </w:rPr>
            </w:pPr>
            <w:r w:rsidRPr="00E251B4">
              <w:rPr>
                <w:b/>
                <w:sz w:val="17"/>
                <w:lang w:val="pl-PL"/>
              </w:rPr>
              <w:t>Doświadczenie (jeżeli wymagane / wskazane do oceny)</w:t>
            </w:r>
          </w:p>
        </w:tc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6CD3552" w14:textId="77777777" w:rsidR="00F37EE6" w:rsidRDefault="00C5682F">
            <w:pPr>
              <w:jc w:val="center"/>
            </w:pPr>
            <w:r>
              <w:rPr>
                <w:b/>
                <w:sz w:val="15"/>
              </w:rPr>
              <w:t>Podstawa dysponowania</w:t>
            </w:r>
          </w:p>
        </w:tc>
      </w:tr>
      <w:tr w:rsidR="00F37EE6" w14:paraId="538D50AD" w14:textId="77777777">
        <w:trPr>
          <w:jc w:val="center"/>
        </w:trPr>
        <w:tc>
          <w:tcPr>
            <w:tcW w:w="39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B7422D1" w14:textId="77777777" w:rsidR="00F37EE6" w:rsidRDefault="00C5682F">
            <w:r>
              <w:rPr>
                <w:sz w:val="15"/>
              </w:rPr>
              <w:t>1</w:t>
            </w:r>
          </w:p>
        </w:tc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1686D90" w14:textId="77777777" w:rsidR="00F37EE6" w:rsidRDefault="00F37EE6"/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E400BA6" w14:textId="77777777" w:rsidR="00F37EE6" w:rsidRDefault="00F37EE6"/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A0BAD14" w14:textId="77777777" w:rsidR="00F37EE6" w:rsidRDefault="00F37EE6"/>
        </w:tc>
        <w:tc>
          <w:tcPr>
            <w:tcW w:w="153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CFBC6EF" w14:textId="77777777" w:rsidR="00F37EE6" w:rsidRDefault="00F37EE6"/>
        </w:tc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20BA387" w14:textId="77777777" w:rsidR="00F37EE6" w:rsidRDefault="00F37EE6"/>
        </w:tc>
      </w:tr>
      <w:tr w:rsidR="00F37EE6" w14:paraId="3C811757" w14:textId="77777777">
        <w:trPr>
          <w:jc w:val="center"/>
        </w:trPr>
        <w:tc>
          <w:tcPr>
            <w:tcW w:w="39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F5CE67E" w14:textId="77777777" w:rsidR="00F37EE6" w:rsidRDefault="00C5682F">
            <w:r>
              <w:rPr>
                <w:sz w:val="15"/>
              </w:rPr>
              <w:t>2</w:t>
            </w:r>
          </w:p>
        </w:tc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A037452" w14:textId="77777777" w:rsidR="00F37EE6" w:rsidRDefault="00F37EE6"/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1925411" w14:textId="77777777" w:rsidR="00F37EE6" w:rsidRDefault="00F37EE6"/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5AFE7B0" w14:textId="77777777" w:rsidR="00F37EE6" w:rsidRDefault="00F37EE6"/>
        </w:tc>
        <w:tc>
          <w:tcPr>
            <w:tcW w:w="153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8585122" w14:textId="77777777" w:rsidR="00F37EE6" w:rsidRDefault="00F37EE6"/>
        </w:tc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F2D6B7A" w14:textId="77777777" w:rsidR="00F37EE6" w:rsidRDefault="00F37EE6"/>
        </w:tc>
      </w:tr>
      <w:tr w:rsidR="00F37EE6" w14:paraId="0A959E2A" w14:textId="77777777">
        <w:trPr>
          <w:jc w:val="center"/>
        </w:trPr>
        <w:tc>
          <w:tcPr>
            <w:tcW w:w="39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F692D5C" w14:textId="77777777" w:rsidR="00F37EE6" w:rsidRDefault="00C5682F">
            <w:r>
              <w:rPr>
                <w:sz w:val="15"/>
              </w:rPr>
              <w:t>3</w:t>
            </w:r>
          </w:p>
        </w:tc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0FE0A93" w14:textId="77777777" w:rsidR="00F37EE6" w:rsidRDefault="00F37EE6"/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CE86F4F" w14:textId="77777777" w:rsidR="00F37EE6" w:rsidRDefault="00F37EE6"/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C031599" w14:textId="77777777" w:rsidR="00F37EE6" w:rsidRDefault="00F37EE6"/>
        </w:tc>
        <w:tc>
          <w:tcPr>
            <w:tcW w:w="153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D6057A4" w14:textId="77777777" w:rsidR="00F37EE6" w:rsidRDefault="00F37EE6"/>
        </w:tc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40EE5E0" w14:textId="77777777" w:rsidR="00F37EE6" w:rsidRDefault="00F37EE6"/>
        </w:tc>
      </w:tr>
    </w:tbl>
    <w:p w14:paraId="343627EF" w14:textId="77777777" w:rsidR="00E251B4" w:rsidRDefault="00E251B4" w:rsidP="00E251B4">
      <w:pPr>
        <w:spacing w:after="100"/>
        <w:jc w:val="both"/>
        <w:rPr>
          <w:sz w:val="18"/>
          <w:lang w:val="pl-PL"/>
        </w:rPr>
      </w:pPr>
    </w:p>
    <w:p w14:paraId="495723E2" w14:textId="3ED2B352" w:rsidR="00E251B4" w:rsidRDefault="00C5682F" w:rsidP="00E251B4">
      <w:pPr>
        <w:spacing w:after="100"/>
        <w:jc w:val="both"/>
        <w:rPr>
          <w:sz w:val="18"/>
          <w:lang w:val="pl-PL"/>
        </w:rPr>
      </w:pPr>
      <w:r>
        <w:rPr>
          <w:sz w:val="18"/>
          <w:lang w:val="pl-PL"/>
        </w:rPr>
        <w:t>Wykaz należy wypełnić zgodnie z Rozdziałem VIII SWZ. Dla każdej osoby należy wskazać podstawę posiadanych kwalifikacji i uprawnień oraz - jeżeli dotyczy - okres i rodzaj doświadczenia.</w:t>
      </w:r>
    </w:p>
    <w:p w14:paraId="72FF14ED" w14:textId="77777777" w:rsidR="00E251B4" w:rsidRDefault="00C5682F" w:rsidP="00E251B4">
      <w:pPr>
        <w:spacing w:after="100"/>
        <w:jc w:val="both"/>
        <w:rPr>
          <w:sz w:val="18"/>
          <w:lang w:val="pl-PL"/>
        </w:rPr>
      </w:pPr>
      <w:r>
        <w:rPr>
          <w:sz w:val="18"/>
          <w:lang w:val="pl-PL"/>
        </w:rPr>
        <w:br/>
        <w:t>Odesłania do OPZ: część 1 - pkt 3, akapit „Minimalne wymagania opiekuna”; część 2 - pkt 4, akapit „Minimalne kwalifikacje asystenta”; część 3 - pkt 5; część 4 - pkt 6; część 5 - pkt 7; część 6 - pkt 8 OPZ.</w:t>
      </w:r>
    </w:p>
    <w:p w14:paraId="28E1784B" w14:textId="2F087862" w:rsidR="00F37EE6" w:rsidRDefault="00C5682F" w:rsidP="00E251B4">
      <w:pPr>
        <w:spacing w:after="100"/>
        <w:jc w:val="both"/>
        <w:rPr>
          <w:lang w:val="pl-PL"/>
        </w:rPr>
      </w:pPr>
      <w:r>
        <w:rPr>
          <w:sz w:val="18"/>
          <w:lang w:val="pl-PL"/>
        </w:rPr>
        <w:br/>
        <w:t>W częściach 3-6 doświadczenie osoby oceniane w kryterium „Doświadczenie (D)” wynika z Formularza ofertowego i Rozdziału XXII SWZ; wykaz osób nie może służyć do podwyższenia zadeklarowanego po terminie składania ofert okresu doświadczenia. Przed zawarciem umowy Zamawiający może żądać dokumentów potwierdzających kwalifikacje, uprawnienia lub doświadczenie, zgodnie z SWZ i OPZ.</w:t>
      </w:r>
    </w:p>
    <w:p w14:paraId="4B161EFE" w14:textId="77777777" w:rsidR="00C61690" w:rsidRDefault="00C61690">
      <w:pPr>
        <w:spacing w:after="100"/>
        <w:rPr>
          <w:lang w:val="pl-PL"/>
        </w:rPr>
      </w:pPr>
    </w:p>
    <w:p w14:paraId="29C9ED69" w14:textId="77777777" w:rsidR="00C61690" w:rsidRPr="00C61690" w:rsidRDefault="00C61690" w:rsidP="00C61690">
      <w:pPr>
        <w:spacing w:after="100"/>
        <w:rPr>
          <w:lang w:val="pl-PL"/>
        </w:rPr>
      </w:pPr>
      <w:r w:rsidRPr="00C61690">
        <w:rPr>
          <w:i/>
          <w:lang w:val="pl-PL"/>
        </w:rPr>
        <w:t>Dokument należy podpisać w formie wymaganej przez SWZ.</w:t>
      </w:r>
    </w:p>
    <w:p w14:paraId="351AA25B" w14:textId="77777777" w:rsidR="00C61690" w:rsidRPr="0016016F" w:rsidRDefault="00C61690">
      <w:pPr>
        <w:spacing w:after="100"/>
        <w:rPr>
          <w:lang w:val="pl-PL"/>
        </w:rPr>
      </w:pPr>
    </w:p>
    <w:sectPr w:rsidR="00C61690" w:rsidRPr="0016016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0D14" w14:textId="77777777" w:rsidR="004F1042" w:rsidRDefault="004F1042">
      <w:pPr>
        <w:spacing w:after="0" w:line="240" w:lineRule="auto"/>
      </w:pPr>
      <w:r>
        <w:separator/>
      </w:r>
    </w:p>
  </w:endnote>
  <w:endnote w:type="continuationSeparator" w:id="0">
    <w:p w14:paraId="27E824B2" w14:textId="77777777" w:rsidR="004F1042" w:rsidRDefault="004F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F9F6" w14:textId="77777777" w:rsidR="0014071D" w:rsidRDefault="001407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609C" w14:textId="77777777" w:rsidR="00F37EE6" w:rsidRPr="0016016F" w:rsidRDefault="00C5682F">
    <w:pPr>
      <w:pStyle w:val="Stopka"/>
      <w:jc w:val="center"/>
      <w:rPr>
        <w:lang w:val="pl-PL"/>
      </w:rPr>
    </w:pPr>
    <w:r w:rsidRPr="0016016F">
      <w:rPr>
        <w:sz w:val="16"/>
        <w:lang w:val="pl-PL"/>
      </w:rPr>
      <w:t xml:space="preserve">Wykaz osób | FEWP.10.01-IZ.00-0006/25 | Strona </w:t>
    </w:r>
    <w:r>
      <w:fldChar w:fldCharType="begin"/>
    </w:r>
    <w:r w:rsidRPr="0016016F">
      <w:rPr>
        <w:lang w:val="pl-PL"/>
      </w:rPr>
      <w:instrText>PAGE</w:instrText>
    </w:r>
    <w:r>
      <w:fldChar w:fldCharType="separate"/>
    </w:r>
    <w:r w:rsidR="006039F5" w:rsidRPr="0016016F">
      <w:rPr>
        <w:noProof/>
        <w:lang w:val="pl-PL"/>
      </w:rPr>
      <w:t>1</w:t>
    </w:r>
    <w:r>
      <w:fldChar w:fldCharType="end"/>
    </w:r>
    <w:r w:rsidRPr="0016016F">
      <w:rPr>
        <w:sz w:val="16"/>
        <w:lang w:val="pl-PL"/>
      </w:rPr>
      <w:t xml:space="preserve"> z </w:t>
    </w:r>
    <w:r>
      <w:fldChar w:fldCharType="begin"/>
    </w:r>
    <w:r w:rsidRPr="0016016F">
      <w:rPr>
        <w:lang w:val="pl-PL"/>
      </w:rPr>
      <w:instrText>NUMPAGES</w:instrText>
    </w:r>
    <w:r>
      <w:fldChar w:fldCharType="separate"/>
    </w:r>
    <w:r w:rsidR="006039F5" w:rsidRPr="0016016F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B87E" w14:textId="77777777" w:rsidR="0014071D" w:rsidRDefault="001407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219F" w14:textId="77777777" w:rsidR="004F1042" w:rsidRDefault="004F1042">
      <w:pPr>
        <w:spacing w:after="0" w:line="240" w:lineRule="auto"/>
      </w:pPr>
      <w:r>
        <w:separator/>
      </w:r>
    </w:p>
  </w:footnote>
  <w:footnote w:type="continuationSeparator" w:id="0">
    <w:p w14:paraId="0E70D469" w14:textId="77777777" w:rsidR="004F1042" w:rsidRDefault="004F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1819" w14:textId="77777777" w:rsidR="0014071D" w:rsidRDefault="00140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4EFC" w14:textId="77777777" w:rsidR="00F37EE6" w:rsidRDefault="00C5682F">
    <w:pPr>
      <w:pStyle w:val="Nagwek"/>
      <w:jc w:val="center"/>
    </w:pPr>
    <w:r>
      <w:rPr>
        <w:noProof/>
      </w:rPr>
      <w:drawing>
        <wp:inline distT="0" distB="0" distL="0" distR="0" wp14:anchorId="7CA65E89" wp14:editId="1585AD4D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4DDE" w14:textId="77777777" w:rsidR="0014071D" w:rsidRDefault="001407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9677843">
    <w:abstractNumId w:val="8"/>
  </w:num>
  <w:num w:numId="2" w16cid:durableId="1242175828">
    <w:abstractNumId w:val="6"/>
  </w:num>
  <w:num w:numId="3" w16cid:durableId="276330357">
    <w:abstractNumId w:val="5"/>
  </w:num>
  <w:num w:numId="4" w16cid:durableId="1125738623">
    <w:abstractNumId w:val="4"/>
  </w:num>
  <w:num w:numId="5" w16cid:durableId="615985411">
    <w:abstractNumId w:val="7"/>
  </w:num>
  <w:num w:numId="6" w16cid:durableId="1327519574">
    <w:abstractNumId w:val="3"/>
  </w:num>
  <w:num w:numId="7" w16cid:durableId="796067070">
    <w:abstractNumId w:val="2"/>
  </w:num>
  <w:num w:numId="8" w16cid:durableId="5181389">
    <w:abstractNumId w:val="1"/>
  </w:num>
  <w:num w:numId="9" w16cid:durableId="180408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071D"/>
    <w:rsid w:val="0015074B"/>
    <w:rsid w:val="0016016F"/>
    <w:rsid w:val="001933FE"/>
    <w:rsid w:val="0029639D"/>
    <w:rsid w:val="00326F90"/>
    <w:rsid w:val="003C4DBE"/>
    <w:rsid w:val="003E04B0"/>
    <w:rsid w:val="003E0723"/>
    <w:rsid w:val="003F098A"/>
    <w:rsid w:val="00484010"/>
    <w:rsid w:val="004F1042"/>
    <w:rsid w:val="005B02D6"/>
    <w:rsid w:val="005B79DB"/>
    <w:rsid w:val="006039F5"/>
    <w:rsid w:val="00646F83"/>
    <w:rsid w:val="006E1174"/>
    <w:rsid w:val="007B633D"/>
    <w:rsid w:val="008358BB"/>
    <w:rsid w:val="00A826D8"/>
    <w:rsid w:val="00AA1D8D"/>
    <w:rsid w:val="00B2076C"/>
    <w:rsid w:val="00B47730"/>
    <w:rsid w:val="00C5682F"/>
    <w:rsid w:val="00C61690"/>
    <w:rsid w:val="00CB0664"/>
    <w:rsid w:val="00D66854"/>
    <w:rsid w:val="00E251B4"/>
    <w:rsid w:val="00E377D2"/>
    <w:rsid w:val="00E5134C"/>
    <w:rsid w:val="00F37E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E011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1246</Characters>
  <Application>Microsoft Office Word</Application>
  <DocSecurity>0</DocSecurity>
  <Lines>10</Lines>
  <Paragraphs>2</Paragraphs>
  <ScaleCrop>false</ScaleCrop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2026-08-02T21:40:00Z</dcterms:created>
  <dcterms:modified xsi:type="dcterms:W3CDTF">2026-08-28T10:03:00Z</dcterms:modified>
  <cp:category/>
</cp:coreProperties>
</file>